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7D0B9" w14:textId="77777777" w:rsidR="00C203D8" w:rsidRPr="00C873E8" w:rsidRDefault="00000000" w:rsidP="00C873E8">
      <w:pPr>
        <w:spacing w:after="0" w:line="240" w:lineRule="auto"/>
        <w:jc w:val="center"/>
        <w:rPr>
          <w:rFonts w:ascii="Times New Roman" w:hAnsi="Times New Roman" w:cs="Times New Roman"/>
          <w:sz w:val="32"/>
          <w:szCs w:val="32"/>
        </w:rPr>
      </w:pPr>
      <w:r w:rsidRPr="00C873E8">
        <w:rPr>
          <w:rFonts w:ascii="Times New Roman" w:hAnsi="Times New Roman" w:cs="Times New Roman"/>
          <w:b/>
          <w:sz w:val="32"/>
          <w:szCs w:val="32"/>
        </w:rPr>
        <w:t>APPLICATION FOR APPOINTMENT TO THE</w:t>
      </w:r>
      <w:r w:rsidRPr="00C873E8">
        <w:rPr>
          <w:rFonts w:ascii="Times New Roman" w:hAnsi="Times New Roman" w:cs="Times New Roman"/>
          <w:b/>
          <w:sz w:val="32"/>
          <w:szCs w:val="32"/>
        </w:rPr>
        <w:br/>
        <w:t>BART AUDIT COMMITTEE PUBLIC MEMBER SEAT</w:t>
      </w:r>
    </w:p>
    <w:p w14:paraId="442EAEEF" w14:textId="77777777" w:rsidR="00C873E8" w:rsidRDefault="00C873E8" w:rsidP="00C873E8">
      <w:pPr>
        <w:spacing w:after="0" w:line="240" w:lineRule="auto"/>
        <w:rPr>
          <w:rFonts w:ascii="Times New Roman" w:hAnsi="Times New Roman" w:cs="Times New Roman"/>
          <w:sz w:val="24"/>
          <w:szCs w:val="24"/>
        </w:rPr>
      </w:pPr>
    </w:p>
    <w:p w14:paraId="3D7F066D" w14:textId="78ADF220"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The Audit Committee for the San Francisco Bay Area Rapid Transit District (BART) assists the Board of Directors ("Board") in discharging its oversight responsibilities for financial management, operational effectiveness, ethics, and regulatory compliance of the San Francisco Bay Area Rapid Transit District ("District"), specifically in the areas under the direction of the Office of the Inspector General (OIG), the Chief Financial Officer, and the Office of Performance and Budget.</w:t>
      </w:r>
    </w:p>
    <w:p w14:paraId="069FA643" w14:textId="77777777" w:rsidR="00C873E8" w:rsidRDefault="00C873E8" w:rsidP="00C873E8">
      <w:pPr>
        <w:spacing w:after="0" w:line="240" w:lineRule="auto"/>
        <w:rPr>
          <w:rFonts w:ascii="Times New Roman" w:hAnsi="Times New Roman" w:cs="Times New Roman"/>
          <w:sz w:val="24"/>
          <w:szCs w:val="24"/>
        </w:rPr>
      </w:pPr>
    </w:p>
    <w:p w14:paraId="4D26466F" w14:textId="4DF9E3A9"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The role of the Audit Committee is to provide independent oversight and advice to the Board of Directors regarding the effectiveness and efficiency of operations, reliability of reporting for internal and external use, and compliance with applicable laws and regulations. It achieves this by providing a forum to discuss and pursue opportunities for improvements in business and performance operations, financial and nonfinancial reporting, and internal controls, as identified through audit and investigation reports of the District, whether conducted internally or by an external entity.</w:t>
      </w:r>
    </w:p>
    <w:p w14:paraId="3B9DF708" w14:textId="77777777" w:rsidR="00C873E8" w:rsidRDefault="00C873E8" w:rsidP="00C873E8">
      <w:pPr>
        <w:spacing w:after="0" w:line="240" w:lineRule="auto"/>
        <w:rPr>
          <w:rFonts w:ascii="Times New Roman" w:hAnsi="Times New Roman" w:cs="Times New Roman"/>
          <w:sz w:val="24"/>
          <w:szCs w:val="24"/>
        </w:rPr>
      </w:pPr>
    </w:p>
    <w:p w14:paraId="5068EB10" w14:textId="35B9FFFA"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The Audit Committee shall be comprised of five voting members, including three Board Directors and two public members with governmental financial expertise. It shall meet at least four times per year, with authority to convene additional meetings as needed.</w:t>
      </w:r>
    </w:p>
    <w:p w14:paraId="3C343EA5" w14:textId="77777777" w:rsidR="00C873E8" w:rsidRDefault="00C873E8" w:rsidP="00C873E8">
      <w:pPr>
        <w:spacing w:after="0" w:line="240" w:lineRule="auto"/>
        <w:rPr>
          <w:rFonts w:ascii="Times New Roman" w:hAnsi="Times New Roman" w:cs="Times New Roman"/>
          <w:sz w:val="24"/>
          <w:szCs w:val="24"/>
        </w:rPr>
      </w:pPr>
    </w:p>
    <w:p w14:paraId="640E9D60" w14:textId="361AC63F"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The Audit Committee is a legislative body for the purposes of the Brown Act. Accordingly, committee meetings are open public meetings subject to the noticing and meeting requirements under this law except in those proceedings where a closed session may be appropriate and required.</w:t>
      </w:r>
    </w:p>
    <w:p w14:paraId="25371647" w14:textId="77777777" w:rsidR="00C873E8" w:rsidRDefault="00C873E8" w:rsidP="00C873E8">
      <w:pPr>
        <w:spacing w:after="0" w:line="240" w:lineRule="auto"/>
        <w:rPr>
          <w:rFonts w:ascii="Times New Roman" w:hAnsi="Times New Roman" w:cs="Times New Roman"/>
          <w:b/>
          <w:sz w:val="24"/>
          <w:szCs w:val="24"/>
          <w:u w:val="single"/>
        </w:rPr>
      </w:pPr>
    </w:p>
    <w:p w14:paraId="1FB8608A" w14:textId="5D2F949C"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u w:val="single"/>
        </w:rPr>
        <w:t>Audit Committee Public Member Requirements</w:t>
      </w:r>
      <w:r w:rsidR="00C873E8">
        <w:rPr>
          <w:rFonts w:ascii="Times New Roman" w:hAnsi="Times New Roman" w:cs="Times New Roman"/>
          <w:b/>
          <w:sz w:val="24"/>
          <w:szCs w:val="24"/>
          <w:u w:val="single"/>
        </w:rPr>
        <w:t>/Process</w:t>
      </w:r>
    </w:p>
    <w:p w14:paraId="7F5C60DA"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Public members serving on the Audit Committee shall be appointed by a majority of the full Board of Directors through this application process.</w:t>
      </w:r>
    </w:p>
    <w:p w14:paraId="15FC796B"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Public members shall possess the independence, experience, and collective technical expertise necessary to carry out the duties of the Audit Committee.</w:t>
      </w:r>
    </w:p>
    <w:p w14:paraId="11CAB8D8"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Public members shall be residents within the District's boundaries.</w:t>
      </w:r>
    </w:p>
    <w:p w14:paraId="2921E813"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Public members are subject to conflict-of-interest laws and must file an annual Form 700, Statement of Economic Interests, with the District Secretary.</w:t>
      </w:r>
    </w:p>
    <w:p w14:paraId="14D0DDD2" w14:textId="77777777" w:rsidR="00C203D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It is important that you complete all parts of the application. If your application is incomplete or does not clearly show the experience and/or training required, your application may not be accepted. The application process will include two phases:</w:t>
      </w:r>
    </w:p>
    <w:p w14:paraId="1095A178" w14:textId="77777777" w:rsidR="00C873E8" w:rsidRPr="00C873E8" w:rsidRDefault="00C873E8" w:rsidP="00C873E8">
      <w:pPr>
        <w:spacing w:after="0" w:line="240" w:lineRule="auto"/>
        <w:rPr>
          <w:rFonts w:ascii="Times New Roman" w:hAnsi="Times New Roman" w:cs="Times New Roman"/>
          <w:sz w:val="24"/>
          <w:szCs w:val="24"/>
        </w:rPr>
      </w:pPr>
    </w:p>
    <w:p w14:paraId="2BDA8E9E"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PHASE 1 - Application and Recommendation Review</w:t>
      </w:r>
    </w:p>
    <w:p w14:paraId="7A9E0841" w14:textId="77777777" w:rsidR="00C203D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All applications will be reviewed for all Membership Representation requirements and qualifications, letters of recommendation, and any supplemental documents.</w:t>
      </w:r>
    </w:p>
    <w:p w14:paraId="20CF3178" w14:textId="77777777" w:rsidR="00C873E8" w:rsidRPr="00C873E8" w:rsidRDefault="00C873E8" w:rsidP="00C873E8">
      <w:pPr>
        <w:spacing w:after="0" w:line="240" w:lineRule="auto"/>
        <w:rPr>
          <w:rFonts w:ascii="Times New Roman" w:hAnsi="Times New Roman" w:cs="Times New Roman"/>
          <w:sz w:val="24"/>
          <w:szCs w:val="24"/>
        </w:rPr>
      </w:pPr>
    </w:p>
    <w:p w14:paraId="1BAFA30C"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PHASE 2 - BART Board of Directors Appointment</w:t>
      </w:r>
    </w:p>
    <w:p w14:paraId="1BF07CC3" w14:textId="34EDA9F5"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Selected candidates will be invited to appear before the Audit Committee and then Board of Directors to briefly explain their interest in serving on the committee, followed by a vote</w:t>
      </w:r>
      <w:r w:rsidR="00C873E8">
        <w:rPr>
          <w:rFonts w:ascii="Times New Roman" w:hAnsi="Times New Roman" w:cs="Times New Roman"/>
          <w:sz w:val="24"/>
          <w:szCs w:val="24"/>
        </w:rPr>
        <w:t xml:space="preserve"> by the BART Board of Directors.</w:t>
      </w:r>
    </w:p>
    <w:p w14:paraId="73EEFCF5"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br w:type="page"/>
      </w:r>
    </w:p>
    <w:p w14:paraId="326B4515"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lastRenderedPageBreak/>
        <w:t xml:space="preserve">I.     </w:t>
      </w:r>
      <w:r w:rsidRPr="00C873E8">
        <w:rPr>
          <w:rFonts w:ascii="Times New Roman" w:hAnsi="Times New Roman" w:cs="Times New Roman"/>
          <w:b/>
          <w:sz w:val="24"/>
          <w:szCs w:val="24"/>
          <w:u w:val="single"/>
        </w:rPr>
        <w:t>Personal Information</w:t>
      </w:r>
    </w:p>
    <w:p w14:paraId="5845F6B1" w14:textId="77777777" w:rsidR="00C203D8" w:rsidRPr="00C873E8" w:rsidRDefault="00000000" w:rsidP="00C873E8">
      <w:pPr>
        <w:spacing w:after="0" w:line="240" w:lineRule="auto"/>
        <w:ind w:left="144"/>
        <w:rPr>
          <w:rFonts w:ascii="Times New Roman" w:hAnsi="Times New Roman" w:cs="Times New Roman"/>
          <w:sz w:val="24"/>
          <w:szCs w:val="24"/>
        </w:rPr>
      </w:pPr>
      <w:r w:rsidRPr="00C873E8">
        <w:rPr>
          <w:rFonts w:ascii="Times New Roman" w:hAnsi="Times New Roman" w:cs="Times New Roman"/>
          <w:i/>
          <w:sz w:val="24"/>
          <w:szCs w:val="24"/>
        </w:rPr>
        <w:t>Please consider my application for the following representation(s) on the BART Audit Committee:</w:t>
      </w:r>
    </w:p>
    <w:tbl>
      <w:tblPr>
        <w:tblW w:w="0" w:type="auto"/>
        <w:jc w:val="center"/>
        <w:tblLayout w:type="fixed"/>
        <w:tblLook w:val="04A0" w:firstRow="1" w:lastRow="0" w:firstColumn="1" w:lastColumn="0" w:noHBand="0" w:noVBand="1"/>
      </w:tblPr>
      <w:tblGrid>
        <w:gridCol w:w="1728"/>
        <w:gridCol w:w="2880"/>
        <w:gridCol w:w="1800"/>
        <w:gridCol w:w="3672"/>
      </w:tblGrid>
      <w:tr w:rsidR="00C203D8" w:rsidRPr="00C873E8" w14:paraId="6A776C48" w14:textId="77777777">
        <w:trPr>
          <w:jc w:val="center"/>
        </w:trPr>
        <w:tc>
          <w:tcPr>
            <w:tcW w:w="1728" w:type="dxa"/>
            <w:tcBorders>
              <w:top w:val="single" w:sz="4" w:space="0" w:color="BFBFBF"/>
              <w:left w:val="single" w:sz="4" w:space="0" w:color="BFBFBF"/>
              <w:bottom w:val="single" w:sz="4" w:space="0" w:color="BFBFBF"/>
              <w:right w:val="single" w:sz="4" w:space="0" w:color="BFBFBF"/>
            </w:tcBorders>
            <w:tcMar>
              <w:top w:w="70" w:type="dxa"/>
              <w:left w:w="60" w:type="dxa"/>
              <w:bottom w:w="70" w:type="dxa"/>
              <w:right w:w="60" w:type="dxa"/>
            </w:tcMar>
            <w:vAlign w:val="center"/>
          </w:tcPr>
          <w:p w14:paraId="0F15C9C2" w14:textId="4D62FA62"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Name:</w:t>
            </w:r>
          </w:p>
        </w:tc>
        <w:tc>
          <w:tcPr>
            <w:tcW w:w="2880" w:type="dxa"/>
            <w:tcBorders>
              <w:top w:val="single" w:sz="4" w:space="0" w:color="BFBFBF"/>
              <w:left w:val="single" w:sz="4" w:space="0" w:color="BFBFBF"/>
              <w:bottom w:val="single" w:sz="4" w:space="0" w:color="BFBFBF"/>
              <w:right w:val="single" w:sz="4" w:space="0" w:color="BFBFBF"/>
            </w:tcBorders>
            <w:shd w:val="clear" w:color="auto" w:fill="F7F7F7"/>
            <w:tcMar>
              <w:top w:w="70" w:type="dxa"/>
              <w:left w:w="60" w:type="dxa"/>
              <w:bottom w:w="70" w:type="dxa"/>
              <w:right w:w="60" w:type="dxa"/>
            </w:tcMar>
            <w:vAlign w:val="center"/>
          </w:tcPr>
          <w:p w14:paraId="51E9C8B4" w14:textId="66D7D677" w:rsidR="00C203D8" w:rsidRPr="00C873E8" w:rsidRDefault="00C203D8" w:rsidP="00C873E8">
            <w:pPr>
              <w:spacing w:after="0" w:line="240" w:lineRule="auto"/>
              <w:rPr>
                <w:rFonts w:ascii="Times New Roman" w:hAnsi="Times New Roman" w:cs="Times New Roman"/>
                <w:sz w:val="24"/>
                <w:szCs w:val="24"/>
              </w:rPr>
            </w:pPr>
          </w:p>
        </w:tc>
        <w:tc>
          <w:tcPr>
            <w:tcW w:w="1800" w:type="dxa"/>
            <w:tcBorders>
              <w:top w:val="single" w:sz="4" w:space="0" w:color="BFBFBF"/>
              <w:left w:val="single" w:sz="4" w:space="0" w:color="BFBFBF"/>
              <w:bottom w:val="single" w:sz="4" w:space="0" w:color="BFBFBF"/>
              <w:right w:val="single" w:sz="4" w:space="0" w:color="BFBFBF"/>
            </w:tcBorders>
            <w:tcMar>
              <w:top w:w="70" w:type="dxa"/>
              <w:left w:w="60" w:type="dxa"/>
              <w:bottom w:w="70" w:type="dxa"/>
              <w:right w:w="60" w:type="dxa"/>
            </w:tcMar>
            <w:vAlign w:val="center"/>
          </w:tcPr>
          <w:p w14:paraId="10C58832"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Residence</w:t>
            </w:r>
            <w:r w:rsidRPr="00C873E8">
              <w:rPr>
                <w:rFonts w:ascii="Times New Roman" w:hAnsi="Times New Roman" w:cs="Times New Roman"/>
                <w:b/>
                <w:sz w:val="24"/>
                <w:szCs w:val="24"/>
              </w:rPr>
              <w:br/>
              <w:t>Address:</w:t>
            </w:r>
          </w:p>
        </w:tc>
        <w:tc>
          <w:tcPr>
            <w:tcW w:w="3672" w:type="dxa"/>
            <w:tcBorders>
              <w:top w:val="single" w:sz="4" w:space="0" w:color="BFBFBF"/>
              <w:left w:val="single" w:sz="4" w:space="0" w:color="BFBFBF"/>
              <w:bottom w:val="single" w:sz="4" w:space="0" w:color="BFBFBF"/>
              <w:right w:val="single" w:sz="4" w:space="0" w:color="BFBFBF"/>
            </w:tcBorders>
            <w:shd w:val="clear" w:color="auto" w:fill="F7F7F7"/>
            <w:tcMar>
              <w:top w:w="70" w:type="dxa"/>
              <w:left w:w="60" w:type="dxa"/>
              <w:bottom w:w="70" w:type="dxa"/>
              <w:right w:w="60" w:type="dxa"/>
            </w:tcMar>
            <w:vAlign w:val="center"/>
          </w:tcPr>
          <w:p w14:paraId="0506A1BC" w14:textId="325DDF72" w:rsidR="00AA1FD7" w:rsidRPr="00C873E8" w:rsidRDefault="00AA1FD7" w:rsidP="00C873E8">
            <w:pPr>
              <w:spacing w:after="0" w:line="240" w:lineRule="auto"/>
              <w:rPr>
                <w:rFonts w:ascii="Times New Roman" w:hAnsi="Times New Roman" w:cs="Times New Roman"/>
                <w:sz w:val="24"/>
                <w:szCs w:val="24"/>
              </w:rPr>
            </w:pPr>
          </w:p>
        </w:tc>
      </w:tr>
      <w:tr w:rsidR="00C203D8" w:rsidRPr="00C873E8" w14:paraId="78B4D23D" w14:textId="77777777">
        <w:trPr>
          <w:jc w:val="center"/>
        </w:trPr>
        <w:tc>
          <w:tcPr>
            <w:tcW w:w="1728" w:type="dxa"/>
            <w:tcBorders>
              <w:top w:val="single" w:sz="4" w:space="0" w:color="BFBFBF"/>
              <w:left w:val="single" w:sz="4" w:space="0" w:color="BFBFBF"/>
              <w:bottom w:val="single" w:sz="4" w:space="0" w:color="BFBFBF"/>
              <w:right w:val="single" w:sz="4" w:space="0" w:color="BFBFBF"/>
            </w:tcBorders>
            <w:tcMar>
              <w:top w:w="70" w:type="dxa"/>
              <w:left w:w="60" w:type="dxa"/>
              <w:bottom w:w="70" w:type="dxa"/>
              <w:right w:w="60" w:type="dxa"/>
            </w:tcMar>
            <w:vAlign w:val="center"/>
          </w:tcPr>
          <w:p w14:paraId="0281EED6" w14:textId="77798ADA"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Mailing Address</w:t>
            </w:r>
            <w:r w:rsidR="00C873E8">
              <w:rPr>
                <w:rFonts w:ascii="Times New Roman" w:hAnsi="Times New Roman" w:cs="Times New Roman"/>
                <w:b/>
                <w:sz w:val="24"/>
                <w:szCs w:val="24"/>
              </w:rPr>
              <w:t>:</w:t>
            </w:r>
          </w:p>
        </w:tc>
        <w:tc>
          <w:tcPr>
            <w:tcW w:w="2880" w:type="dxa"/>
            <w:tcBorders>
              <w:top w:val="single" w:sz="4" w:space="0" w:color="BFBFBF"/>
              <w:left w:val="single" w:sz="4" w:space="0" w:color="BFBFBF"/>
              <w:bottom w:val="single" w:sz="4" w:space="0" w:color="BFBFBF"/>
              <w:right w:val="single" w:sz="4" w:space="0" w:color="BFBFBF"/>
            </w:tcBorders>
            <w:shd w:val="clear" w:color="auto" w:fill="F7F7F7"/>
            <w:tcMar>
              <w:top w:w="70" w:type="dxa"/>
              <w:left w:w="60" w:type="dxa"/>
              <w:bottom w:w="70" w:type="dxa"/>
              <w:right w:w="60" w:type="dxa"/>
            </w:tcMar>
            <w:vAlign w:val="center"/>
          </w:tcPr>
          <w:p w14:paraId="4DB431B4" w14:textId="71F41184" w:rsidR="00C203D8" w:rsidRPr="00C873E8" w:rsidRDefault="00C203D8" w:rsidP="00C873E8">
            <w:pPr>
              <w:spacing w:after="0" w:line="240" w:lineRule="auto"/>
              <w:rPr>
                <w:rFonts w:ascii="Times New Roman" w:hAnsi="Times New Roman" w:cs="Times New Roman"/>
                <w:sz w:val="24"/>
                <w:szCs w:val="24"/>
              </w:rPr>
            </w:pPr>
          </w:p>
        </w:tc>
        <w:tc>
          <w:tcPr>
            <w:tcW w:w="1800" w:type="dxa"/>
            <w:tcBorders>
              <w:top w:val="single" w:sz="4" w:space="0" w:color="BFBFBF"/>
              <w:left w:val="single" w:sz="4" w:space="0" w:color="BFBFBF"/>
              <w:bottom w:val="single" w:sz="4" w:space="0" w:color="BFBFBF"/>
              <w:right w:val="single" w:sz="4" w:space="0" w:color="BFBFBF"/>
            </w:tcBorders>
            <w:tcMar>
              <w:top w:w="70" w:type="dxa"/>
              <w:left w:w="60" w:type="dxa"/>
              <w:bottom w:w="70" w:type="dxa"/>
              <w:right w:w="60" w:type="dxa"/>
            </w:tcMar>
            <w:vAlign w:val="center"/>
          </w:tcPr>
          <w:p w14:paraId="14E39572"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County of</w:t>
            </w:r>
            <w:r w:rsidRPr="00C873E8">
              <w:rPr>
                <w:rFonts w:ascii="Times New Roman" w:hAnsi="Times New Roman" w:cs="Times New Roman"/>
                <w:b/>
                <w:sz w:val="24"/>
                <w:szCs w:val="24"/>
              </w:rPr>
              <w:br/>
              <w:t>Residence:</w:t>
            </w:r>
          </w:p>
        </w:tc>
        <w:tc>
          <w:tcPr>
            <w:tcW w:w="3672" w:type="dxa"/>
            <w:tcBorders>
              <w:top w:val="single" w:sz="4" w:space="0" w:color="BFBFBF"/>
              <w:left w:val="single" w:sz="4" w:space="0" w:color="BFBFBF"/>
              <w:bottom w:val="single" w:sz="4" w:space="0" w:color="BFBFBF"/>
              <w:right w:val="single" w:sz="4" w:space="0" w:color="BFBFBF"/>
            </w:tcBorders>
            <w:shd w:val="clear" w:color="auto" w:fill="F7F7F7"/>
            <w:tcMar>
              <w:top w:w="70" w:type="dxa"/>
              <w:left w:w="60" w:type="dxa"/>
              <w:bottom w:w="70" w:type="dxa"/>
              <w:right w:w="60" w:type="dxa"/>
            </w:tcMar>
            <w:vAlign w:val="center"/>
          </w:tcPr>
          <w:p w14:paraId="79E8F2BA" w14:textId="6946D3C5" w:rsidR="00C203D8" w:rsidRPr="00C873E8" w:rsidRDefault="00C203D8" w:rsidP="00C873E8">
            <w:pPr>
              <w:spacing w:after="0" w:line="240" w:lineRule="auto"/>
              <w:rPr>
                <w:rFonts w:ascii="Times New Roman" w:hAnsi="Times New Roman" w:cs="Times New Roman"/>
                <w:sz w:val="24"/>
                <w:szCs w:val="24"/>
              </w:rPr>
            </w:pPr>
          </w:p>
        </w:tc>
      </w:tr>
      <w:tr w:rsidR="00C203D8" w:rsidRPr="00C873E8" w14:paraId="43EC0204" w14:textId="77777777">
        <w:trPr>
          <w:jc w:val="center"/>
        </w:trPr>
        <w:tc>
          <w:tcPr>
            <w:tcW w:w="1728" w:type="dxa"/>
            <w:tcBorders>
              <w:top w:val="single" w:sz="4" w:space="0" w:color="BFBFBF"/>
              <w:left w:val="single" w:sz="4" w:space="0" w:color="BFBFBF"/>
              <w:bottom w:val="single" w:sz="4" w:space="0" w:color="BFBFBF"/>
              <w:right w:val="single" w:sz="4" w:space="0" w:color="BFBFBF"/>
            </w:tcBorders>
            <w:tcMar>
              <w:top w:w="70" w:type="dxa"/>
              <w:left w:w="60" w:type="dxa"/>
              <w:bottom w:w="70" w:type="dxa"/>
              <w:right w:w="60" w:type="dxa"/>
            </w:tcMar>
            <w:vAlign w:val="center"/>
          </w:tcPr>
          <w:p w14:paraId="4BF253FD"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Main Phone:</w:t>
            </w:r>
          </w:p>
        </w:tc>
        <w:tc>
          <w:tcPr>
            <w:tcW w:w="2880" w:type="dxa"/>
            <w:tcBorders>
              <w:top w:val="single" w:sz="4" w:space="0" w:color="BFBFBF"/>
              <w:left w:val="single" w:sz="4" w:space="0" w:color="BFBFBF"/>
              <w:bottom w:val="single" w:sz="4" w:space="0" w:color="BFBFBF"/>
              <w:right w:val="single" w:sz="4" w:space="0" w:color="BFBFBF"/>
            </w:tcBorders>
            <w:shd w:val="clear" w:color="auto" w:fill="F7F7F7"/>
            <w:tcMar>
              <w:top w:w="70" w:type="dxa"/>
              <w:left w:w="60" w:type="dxa"/>
              <w:bottom w:w="70" w:type="dxa"/>
              <w:right w:w="60" w:type="dxa"/>
            </w:tcMar>
            <w:vAlign w:val="center"/>
          </w:tcPr>
          <w:p w14:paraId="2A8CE50E" w14:textId="54127F3B" w:rsidR="00C203D8" w:rsidRPr="00C873E8" w:rsidRDefault="00C203D8" w:rsidP="00C873E8">
            <w:pPr>
              <w:spacing w:after="0" w:line="240" w:lineRule="auto"/>
              <w:rPr>
                <w:rFonts w:ascii="Times New Roman" w:hAnsi="Times New Roman" w:cs="Times New Roman"/>
                <w:sz w:val="24"/>
                <w:szCs w:val="24"/>
              </w:rPr>
            </w:pPr>
          </w:p>
        </w:tc>
        <w:tc>
          <w:tcPr>
            <w:tcW w:w="1800" w:type="dxa"/>
            <w:tcBorders>
              <w:top w:val="single" w:sz="4" w:space="0" w:color="BFBFBF"/>
              <w:left w:val="single" w:sz="4" w:space="0" w:color="BFBFBF"/>
              <w:bottom w:val="single" w:sz="4" w:space="0" w:color="BFBFBF"/>
              <w:right w:val="single" w:sz="4" w:space="0" w:color="BFBFBF"/>
            </w:tcBorders>
            <w:tcMar>
              <w:top w:w="70" w:type="dxa"/>
              <w:left w:w="60" w:type="dxa"/>
              <w:bottom w:w="70" w:type="dxa"/>
              <w:right w:w="60" w:type="dxa"/>
            </w:tcMar>
            <w:vAlign w:val="center"/>
          </w:tcPr>
          <w:p w14:paraId="7A3C233F"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Alternate</w:t>
            </w:r>
            <w:r w:rsidRPr="00C873E8">
              <w:rPr>
                <w:rFonts w:ascii="Times New Roman" w:hAnsi="Times New Roman" w:cs="Times New Roman"/>
                <w:b/>
                <w:sz w:val="24"/>
                <w:szCs w:val="24"/>
              </w:rPr>
              <w:br/>
              <w:t>Phone:</w:t>
            </w:r>
          </w:p>
        </w:tc>
        <w:tc>
          <w:tcPr>
            <w:tcW w:w="3672" w:type="dxa"/>
            <w:tcBorders>
              <w:top w:val="single" w:sz="4" w:space="0" w:color="BFBFBF"/>
              <w:left w:val="single" w:sz="4" w:space="0" w:color="BFBFBF"/>
              <w:bottom w:val="single" w:sz="4" w:space="0" w:color="BFBFBF"/>
              <w:right w:val="single" w:sz="4" w:space="0" w:color="BFBFBF"/>
            </w:tcBorders>
            <w:shd w:val="clear" w:color="auto" w:fill="F7F7F7"/>
            <w:tcMar>
              <w:top w:w="70" w:type="dxa"/>
              <w:left w:w="60" w:type="dxa"/>
              <w:bottom w:w="70" w:type="dxa"/>
              <w:right w:w="60" w:type="dxa"/>
            </w:tcMar>
            <w:vAlign w:val="center"/>
          </w:tcPr>
          <w:p w14:paraId="70212DEE" w14:textId="7D242882" w:rsidR="00C203D8" w:rsidRPr="00C873E8" w:rsidRDefault="00C203D8" w:rsidP="00C873E8">
            <w:pPr>
              <w:spacing w:after="0" w:line="240" w:lineRule="auto"/>
              <w:rPr>
                <w:rFonts w:ascii="Times New Roman" w:hAnsi="Times New Roman" w:cs="Times New Roman"/>
                <w:sz w:val="24"/>
                <w:szCs w:val="24"/>
              </w:rPr>
            </w:pPr>
          </w:p>
        </w:tc>
      </w:tr>
      <w:tr w:rsidR="00C203D8" w:rsidRPr="00C873E8" w14:paraId="06F228B0" w14:textId="77777777">
        <w:trPr>
          <w:jc w:val="center"/>
        </w:trPr>
        <w:tc>
          <w:tcPr>
            <w:tcW w:w="1728" w:type="dxa"/>
            <w:tcBorders>
              <w:top w:val="single" w:sz="4" w:space="0" w:color="BFBFBF"/>
              <w:left w:val="single" w:sz="4" w:space="0" w:color="BFBFBF"/>
              <w:bottom w:val="single" w:sz="4" w:space="0" w:color="BFBFBF"/>
              <w:right w:val="single" w:sz="4" w:space="0" w:color="BFBFBF"/>
            </w:tcBorders>
            <w:tcMar>
              <w:top w:w="70" w:type="dxa"/>
              <w:left w:w="60" w:type="dxa"/>
              <w:bottom w:w="70" w:type="dxa"/>
              <w:right w:w="60" w:type="dxa"/>
            </w:tcMar>
            <w:vAlign w:val="center"/>
          </w:tcPr>
          <w:p w14:paraId="50162559"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Email Address:</w:t>
            </w:r>
          </w:p>
        </w:tc>
        <w:tc>
          <w:tcPr>
            <w:tcW w:w="2880" w:type="dxa"/>
            <w:tcBorders>
              <w:top w:val="single" w:sz="4" w:space="0" w:color="BFBFBF"/>
              <w:left w:val="single" w:sz="4" w:space="0" w:color="BFBFBF"/>
              <w:bottom w:val="single" w:sz="4" w:space="0" w:color="BFBFBF"/>
              <w:right w:val="single" w:sz="4" w:space="0" w:color="BFBFBF"/>
            </w:tcBorders>
            <w:shd w:val="clear" w:color="auto" w:fill="F7F7F7"/>
            <w:tcMar>
              <w:top w:w="70" w:type="dxa"/>
              <w:left w:w="60" w:type="dxa"/>
              <w:bottom w:w="70" w:type="dxa"/>
              <w:right w:w="60" w:type="dxa"/>
            </w:tcMar>
            <w:vAlign w:val="center"/>
          </w:tcPr>
          <w:p w14:paraId="7CA3B5A0" w14:textId="76CE30D8" w:rsidR="00C203D8" w:rsidRPr="00C873E8" w:rsidRDefault="00C203D8" w:rsidP="00C873E8">
            <w:pPr>
              <w:spacing w:after="0" w:line="240" w:lineRule="auto"/>
              <w:rPr>
                <w:rFonts w:ascii="Times New Roman" w:hAnsi="Times New Roman" w:cs="Times New Roman"/>
                <w:sz w:val="24"/>
                <w:szCs w:val="24"/>
              </w:rPr>
            </w:pPr>
          </w:p>
        </w:tc>
        <w:tc>
          <w:tcPr>
            <w:tcW w:w="1800" w:type="dxa"/>
            <w:tcBorders>
              <w:top w:val="single" w:sz="4" w:space="0" w:color="BFBFBF"/>
              <w:left w:val="single" w:sz="4" w:space="0" w:color="BFBFBF"/>
              <w:bottom w:val="single" w:sz="4" w:space="0" w:color="BFBFBF"/>
              <w:right w:val="single" w:sz="4" w:space="0" w:color="BFBFBF"/>
            </w:tcBorders>
            <w:tcMar>
              <w:top w:w="70" w:type="dxa"/>
              <w:left w:w="60" w:type="dxa"/>
              <w:bottom w:w="70" w:type="dxa"/>
              <w:right w:w="60" w:type="dxa"/>
            </w:tcMar>
            <w:vAlign w:val="center"/>
          </w:tcPr>
          <w:p w14:paraId="2F7BA35A"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Occupation:</w:t>
            </w:r>
          </w:p>
        </w:tc>
        <w:tc>
          <w:tcPr>
            <w:tcW w:w="3672" w:type="dxa"/>
            <w:tcBorders>
              <w:top w:val="single" w:sz="4" w:space="0" w:color="BFBFBF"/>
              <w:left w:val="single" w:sz="4" w:space="0" w:color="BFBFBF"/>
              <w:bottom w:val="single" w:sz="4" w:space="0" w:color="BFBFBF"/>
              <w:right w:val="single" w:sz="4" w:space="0" w:color="BFBFBF"/>
            </w:tcBorders>
            <w:shd w:val="clear" w:color="auto" w:fill="F7F7F7"/>
            <w:tcMar>
              <w:top w:w="70" w:type="dxa"/>
              <w:left w:w="60" w:type="dxa"/>
              <w:bottom w:w="70" w:type="dxa"/>
              <w:right w:w="60" w:type="dxa"/>
            </w:tcMar>
            <w:vAlign w:val="center"/>
          </w:tcPr>
          <w:p w14:paraId="353680A6" w14:textId="420549E1" w:rsidR="00C203D8" w:rsidRPr="00C873E8" w:rsidRDefault="00C203D8" w:rsidP="00C873E8">
            <w:pPr>
              <w:spacing w:after="0" w:line="240" w:lineRule="auto"/>
              <w:rPr>
                <w:rFonts w:ascii="Times New Roman" w:hAnsi="Times New Roman" w:cs="Times New Roman"/>
                <w:sz w:val="24"/>
                <w:szCs w:val="24"/>
              </w:rPr>
            </w:pPr>
          </w:p>
        </w:tc>
      </w:tr>
    </w:tbl>
    <w:p w14:paraId="1D5500FE" w14:textId="77777777" w:rsidR="00AA1FD7" w:rsidRPr="00C873E8" w:rsidRDefault="00AA1FD7" w:rsidP="00C873E8">
      <w:pPr>
        <w:spacing w:after="0" w:line="240" w:lineRule="auto"/>
        <w:rPr>
          <w:rFonts w:ascii="Times New Roman" w:hAnsi="Times New Roman" w:cs="Times New Roman"/>
          <w:sz w:val="24"/>
          <w:szCs w:val="24"/>
        </w:rPr>
      </w:pPr>
    </w:p>
    <w:p w14:paraId="130FAD40" w14:textId="5651DB40"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 xml:space="preserve">II.     </w:t>
      </w:r>
      <w:r w:rsidRPr="00C873E8">
        <w:rPr>
          <w:rFonts w:ascii="Times New Roman" w:hAnsi="Times New Roman" w:cs="Times New Roman"/>
          <w:b/>
          <w:sz w:val="24"/>
          <w:szCs w:val="24"/>
          <w:u w:val="single"/>
        </w:rPr>
        <w:t>Recommendation Contact Information</w:t>
      </w:r>
      <w:r w:rsidRPr="00C873E8">
        <w:rPr>
          <w:rFonts w:ascii="Times New Roman" w:hAnsi="Times New Roman" w:cs="Times New Roman"/>
          <w:i/>
          <w:sz w:val="24"/>
          <w:szCs w:val="24"/>
        </w:rPr>
        <w:t xml:space="preserve"> (must provide two recommendations)</w:t>
      </w:r>
    </w:p>
    <w:p w14:paraId="5B762466" w14:textId="77777777" w:rsidR="00C203D8" w:rsidRPr="00C873E8" w:rsidRDefault="00000000" w:rsidP="00C873E8">
      <w:pPr>
        <w:spacing w:after="0" w:line="240" w:lineRule="auto"/>
        <w:ind w:left="317"/>
        <w:rPr>
          <w:rFonts w:ascii="Times New Roman" w:hAnsi="Times New Roman" w:cs="Times New Roman"/>
          <w:sz w:val="24"/>
          <w:szCs w:val="24"/>
        </w:rPr>
      </w:pPr>
      <w:r w:rsidRPr="00C873E8">
        <w:rPr>
          <w:rFonts w:ascii="Times New Roman" w:hAnsi="Times New Roman" w:cs="Times New Roman"/>
          <w:sz w:val="24"/>
          <w:szCs w:val="24"/>
        </w:rPr>
        <w:t>Please provide the contact information for the individuals recommending your appointment and attach their letters of recommendation to this application.</w:t>
      </w:r>
    </w:p>
    <w:tbl>
      <w:tblPr>
        <w:tblW w:w="0" w:type="auto"/>
        <w:jc w:val="center"/>
        <w:tblLayout w:type="fixed"/>
        <w:tblLook w:val="04A0" w:firstRow="1" w:lastRow="0" w:firstColumn="1" w:lastColumn="0" w:noHBand="0" w:noVBand="1"/>
      </w:tblPr>
      <w:tblGrid>
        <w:gridCol w:w="1656"/>
        <w:gridCol w:w="2880"/>
        <w:gridCol w:w="1728"/>
        <w:gridCol w:w="3816"/>
      </w:tblGrid>
      <w:tr w:rsidR="00C203D8" w:rsidRPr="00C873E8" w14:paraId="59FBFA5B" w14:textId="77777777">
        <w:trPr>
          <w:jc w:val="center"/>
        </w:trPr>
        <w:tc>
          <w:tcPr>
            <w:tcW w:w="1656" w:type="dxa"/>
            <w:tcBorders>
              <w:top w:val="single" w:sz="4" w:space="0" w:color="BFBFBF"/>
              <w:left w:val="single" w:sz="4" w:space="0" w:color="BFBFBF"/>
              <w:bottom w:val="single" w:sz="4" w:space="0" w:color="BFBFBF"/>
              <w:right w:val="single" w:sz="4" w:space="0" w:color="BFBFBF"/>
            </w:tcBorders>
            <w:tcMar>
              <w:top w:w="70" w:type="dxa"/>
              <w:left w:w="60" w:type="dxa"/>
              <w:bottom w:w="70" w:type="dxa"/>
              <w:right w:w="60" w:type="dxa"/>
            </w:tcMar>
            <w:vAlign w:val="center"/>
          </w:tcPr>
          <w:p w14:paraId="5E5F4714"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First Name:</w:t>
            </w:r>
          </w:p>
        </w:tc>
        <w:tc>
          <w:tcPr>
            <w:tcW w:w="2880" w:type="dxa"/>
            <w:tcBorders>
              <w:top w:val="single" w:sz="4" w:space="0" w:color="BFBFBF"/>
              <w:left w:val="single" w:sz="4" w:space="0" w:color="BFBFBF"/>
              <w:bottom w:val="single" w:sz="4" w:space="0" w:color="BFBFBF"/>
              <w:right w:val="single" w:sz="4" w:space="0" w:color="BFBFBF"/>
            </w:tcBorders>
            <w:shd w:val="clear" w:color="auto" w:fill="F7F7F7"/>
            <w:tcMar>
              <w:top w:w="70" w:type="dxa"/>
              <w:left w:w="60" w:type="dxa"/>
              <w:bottom w:w="70" w:type="dxa"/>
              <w:right w:w="60" w:type="dxa"/>
            </w:tcMar>
            <w:vAlign w:val="center"/>
          </w:tcPr>
          <w:p w14:paraId="0836A4EF" w14:textId="3089CBA0" w:rsidR="00C203D8" w:rsidRPr="00C873E8" w:rsidRDefault="00C203D8" w:rsidP="00C873E8">
            <w:pPr>
              <w:spacing w:after="0" w:line="240" w:lineRule="auto"/>
              <w:rPr>
                <w:rFonts w:ascii="Times New Roman" w:hAnsi="Times New Roman" w:cs="Times New Roman"/>
                <w:sz w:val="24"/>
                <w:szCs w:val="24"/>
              </w:rPr>
            </w:pPr>
          </w:p>
        </w:tc>
        <w:tc>
          <w:tcPr>
            <w:tcW w:w="1728" w:type="dxa"/>
            <w:tcBorders>
              <w:top w:val="single" w:sz="4" w:space="0" w:color="BFBFBF"/>
              <w:left w:val="single" w:sz="4" w:space="0" w:color="BFBFBF"/>
              <w:bottom w:val="single" w:sz="4" w:space="0" w:color="BFBFBF"/>
              <w:right w:val="single" w:sz="4" w:space="0" w:color="BFBFBF"/>
            </w:tcBorders>
            <w:tcMar>
              <w:top w:w="70" w:type="dxa"/>
              <w:left w:w="60" w:type="dxa"/>
              <w:bottom w:w="70" w:type="dxa"/>
              <w:right w:w="60" w:type="dxa"/>
            </w:tcMar>
            <w:vAlign w:val="center"/>
          </w:tcPr>
          <w:p w14:paraId="3362100F"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Last Name:</w:t>
            </w:r>
          </w:p>
        </w:tc>
        <w:tc>
          <w:tcPr>
            <w:tcW w:w="3816" w:type="dxa"/>
            <w:tcBorders>
              <w:top w:val="single" w:sz="4" w:space="0" w:color="BFBFBF"/>
              <w:left w:val="single" w:sz="4" w:space="0" w:color="BFBFBF"/>
              <w:bottom w:val="single" w:sz="4" w:space="0" w:color="BFBFBF"/>
              <w:right w:val="single" w:sz="4" w:space="0" w:color="BFBFBF"/>
            </w:tcBorders>
            <w:shd w:val="clear" w:color="auto" w:fill="F7F7F7"/>
            <w:tcMar>
              <w:top w:w="70" w:type="dxa"/>
              <w:left w:w="60" w:type="dxa"/>
              <w:bottom w:w="70" w:type="dxa"/>
              <w:right w:w="60" w:type="dxa"/>
            </w:tcMar>
            <w:vAlign w:val="center"/>
          </w:tcPr>
          <w:p w14:paraId="540EE1DF" w14:textId="339C7FEA" w:rsidR="00C203D8" w:rsidRPr="00C873E8" w:rsidRDefault="00000000" w:rsidP="00C873E8">
            <w:pPr>
              <w:spacing w:after="0" w:line="240" w:lineRule="auto"/>
              <w:rPr>
                <w:rFonts w:ascii="Times New Roman" w:hAnsi="Times New Roman" w:cs="Times New Roman"/>
                <w:sz w:val="24"/>
                <w:szCs w:val="24"/>
              </w:rPr>
            </w:pPr>
            <w:sdt>
              <w:sdtPr>
                <w:rPr>
                  <w:rFonts w:ascii="Times New Roman" w:hAnsi="Times New Roman" w:cs="Times New Roman"/>
                  <w:sz w:val="24"/>
                  <w:szCs w:val="24"/>
                </w:rPr>
                <w:alias w:val="REC1_LAST"/>
                <w:tag w:val="REC1_LAST"/>
                <w:id w:val="-776330226"/>
                <w:text/>
              </w:sdtPr>
              <w:sdtContent>
                <w:r w:rsidR="00AA1FD7" w:rsidRPr="00C873E8">
                  <w:rPr>
                    <w:rFonts w:ascii="Times New Roman" w:hAnsi="Times New Roman" w:cs="Times New Roman"/>
                    <w:sz w:val="24"/>
                    <w:szCs w:val="24"/>
                  </w:rPr>
                  <w:t xml:space="preserve"> </w:t>
                </w:r>
              </w:sdtContent>
            </w:sdt>
          </w:p>
        </w:tc>
      </w:tr>
      <w:tr w:rsidR="00C203D8" w:rsidRPr="00C873E8" w14:paraId="113FA142" w14:textId="77777777">
        <w:trPr>
          <w:jc w:val="center"/>
        </w:trPr>
        <w:tc>
          <w:tcPr>
            <w:tcW w:w="1656" w:type="dxa"/>
            <w:tcBorders>
              <w:top w:val="single" w:sz="4" w:space="0" w:color="BFBFBF"/>
              <w:left w:val="single" w:sz="4" w:space="0" w:color="BFBFBF"/>
              <w:bottom w:val="single" w:sz="4" w:space="0" w:color="BFBFBF"/>
              <w:right w:val="single" w:sz="4" w:space="0" w:color="BFBFBF"/>
            </w:tcBorders>
            <w:tcMar>
              <w:top w:w="70" w:type="dxa"/>
              <w:left w:w="60" w:type="dxa"/>
              <w:bottom w:w="70" w:type="dxa"/>
              <w:right w:w="60" w:type="dxa"/>
            </w:tcMar>
            <w:vAlign w:val="center"/>
          </w:tcPr>
          <w:p w14:paraId="32C066CD"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Mailing Address</w:t>
            </w:r>
          </w:p>
        </w:tc>
        <w:tc>
          <w:tcPr>
            <w:tcW w:w="2880" w:type="dxa"/>
            <w:tcBorders>
              <w:top w:val="single" w:sz="4" w:space="0" w:color="BFBFBF"/>
              <w:left w:val="single" w:sz="4" w:space="0" w:color="BFBFBF"/>
              <w:bottom w:val="single" w:sz="4" w:space="0" w:color="BFBFBF"/>
              <w:right w:val="single" w:sz="4" w:space="0" w:color="BFBFBF"/>
            </w:tcBorders>
            <w:shd w:val="clear" w:color="auto" w:fill="F7F7F7"/>
            <w:tcMar>
              <w:top w:w="70" w:type="dxa"/>
              <w:left w:w="60" w:type="dxa"/>
              <w:bottom w:w="70" w:type="dxa"/>
              <w:right w:w="60" w:type="dxa"/>
            </w:tcMar>
            <w:vAlign w:val="center"/>
          </w:tcPr>
          <w:p w14:paraId="1A3495F9" w14:textId="40614539" w:rsidR="00C203D8" w:rsidRPr="00C873E8" w:rsidRDefault="00C203D8" w:rsidP="00C873E8">
            <w:pPr>
              <w:spacing w:after="0" w:line="240" w:lineRule="auto"/>
              <w:rPr>
                <w:rFonts w:ascii="Times New Roman" w:hAnsi="Times New Roman" w:cs="Times New Roman"/>
                <w:sz w:val="24"/>
                <w:szCs w:val="24"/>
              </w:rPr>
            </w:pPr>
          </w:p>
        </w:tc>
        <w:tc>
          <w:tcPr>
            <w:tcW w:w="1728" w:type="dxa"/>
            <w:tcBorders>
              <w:top w:val="single" w:sz="4" w:space="0" w:color="BFBFBF"/>
              <w:left w:val="single" w:sz="4" w:space="0" w:color="BFBFBF"/>
              <w:bottom w:val="single" w:sz="4" w:space="0" w:color="BFBFBF"/>
              <w:right w:val="single" w:sz="4" w:space="0" w:color="BFBFBF"/>
            </w:tcBorders>
            <w:tcMar>
              <w:top w:w="70" w:type="dxa"/>
              <w:left w:w="60" w:type="dxa"/>
              <w:bottom w:w="70" w:type="dxa"/>
              <w:right w:w="60" w:type="dxa"/>
            </w:tcMar>
            <w:vAlign w:val="center"/>
          </w:tcPr>
          <w:p w14:paraId="6E6A4094"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City &amp; Zip:</w:t>
            </w:r>
          </w:p>
        </w:tc>
        <w:tc>
          <w:tcPr>
            <w:tcW w:w="3816" w:type="dxa"/>
            <w:tcBorders>
              <w:top w:val="single" w:sz="4" w:space="0" w:color="BFBFBF"/>
              <w:left w:val="single" w:sz="4" w:space="0" w:color="BFBFBF"/>
              <w:bottom w:val="single" w:sz="4" w:space="0" w:color="BFBFBF"/>
              <w:right w:val="single" w:sz="4" w:space="0" w:color="BFBFBF"/>
            </w:tcBorders>
            <w:shd w:val="clear" w:color="auto" w:fill="F7F7F7"/>
            <w:tcMar>
              <w:top w:w="70" w:type="dxa"/>
              <w:left w:w="60" w:type="dxa"/>
              <w:bottom w:w="70" w:type="dxa"/>
              <w:right w:w="60" w:type="dxa"/>
            </w:tcMar>
            <w:vAlign w:val="center"/>
          </w:tcPr>
          <w:p w14:paraId="7D3C66C5" w14:textId="1EAE54EC" w:rsidR="00C203D8" w:rsidRPr="00C873E8" w:rsidRDefault="00C203D8" w:rsidP="00C873E8">
            <w:pPr>
              <w:spacing w:after="0" w:line="240" w:lineRule="auto"/>
              <w:rPr>
                <w:rFonts w:ascii="Times New Roman" w:hAnsi="Times New Roman" w:cs="Times New Roman"/>
                <w:sz w:val="24"/>
                <w:szCs w:val="24"/>
              </w:rPr>
            </w:pPr>
          </w:p>
        </w:tc>
      </w:tr>
      <w:tr w:rsidR="00C203D8" w:rsidRPr="00C873E8" w14:paraId="692D30C8" w14:textId="77777777">
        <w:trPr>
          <w:jc w:val="center"/>
        </w:trPr>
        <w:tc>
          <w:tcPr>
            <w:tcW w:w="1656" w:type="dxa"/>
            <w:tcBorders>
              <w:top w:val="single" w:sz="4" w:space="0" w:color="BFBFBF"/>
              <w:left w:val="single" w:sz="4" w:space="0" w:color="BFBFBF"/>
              <w:bottom w:val="single" w:sz="4" w:space="0" w:color="BFBFBF"/>
              <w:right w:val="single" w:sz="4" w:space="0" w:color="BFBFBF"/>
            </w:tcBorders>
            <w:tcMar>
              <w:top w:w="70" w:type="dxa"/>
              <w:left w:w="60" w:type="dxa"/>
              <w:bottom w:w="70" w:type="dxa"/>
              <w:right w:w="60" w:type="dxa"/>
            </w:tcMar>
            <w:vAlign w:val="center"/>
          </w:tcPr>
          <w:p w14:paraId="511A2709"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Phone:</w:t>
            </w:r>
          </w:p>
        </w:tc>
        <w:tc>
          <w:tcPr>
            <w:tcW w:w="2880" w:type="dxa"/>
            <w:tcBorders>
              <w:top w:val="single" w:sz="4" w:space="0" w:color="BFBFBF"/>
              <w:left w:val="single" w:sz="4" w:space="0" w:color="BFBFBF"/>
              <w:bottom w:val="single" w:sz="4" w:space="0" w:color="BFBFBF"/>
              <w:right w:val="single" w:sz="4" w:space="0" w:color="BFBFBF"/>
            </w:tcBorders>
            <w:shd w:val="clear" w:color="auto" w:fill="F7F7F7"/>
            <w:tcMar>
              <w:top w:w="70" w:type="dxa"/>
              <w:left w:w="60" w:type="dxa"/>
              <w:bottom w:w="70" w:type="dxa"/>
              <w:right w:w="60" w:type="dxa"/>
            </w:tcMar>
            <w:vAlign w:val="center"/>
          </w:tcPr>
          <w:p w14:paraId="735857BD" w14:textId="43CBD410" w:rsidR="00C203D8" w:rsidRPr="00C873E8" w:rsidRDefault="00C203D8" w:rsidP="00C873E8">
            <w:pPr>
              <w:spacing w:after="0" w:line="240" w:lineRule="auto"/>
              <w:rPr>
                <w:rFonts w:ascii="Times New Roman" w:hAnsi="Times New Roman" w:cs="Times New Roman"/>
                <w:sz w:val="24"/>
                <w:szCs w:val="24"/>
              </w:rPr>
            </w:pPr>
          </w:p>
        </w:tc>
        <w:tc>
          <w:tcPr>
            <w:tcW w:w="1728" w:type="dxa"/>
            <w:tcBorders>
              <w:top w:val="single" w:sz="4" w:space="0" w:color="BFBFBF"/>
              <w:left w:val="single" w:sz="4" w:space="0" w:color="BFBFBF"/>
              <w:bottom w:val="single" w:sz="4" w:space="0" w:color="BFBFBF"/>
              <w:right w:val="single" w:sz="4" w:space="0" w:color="BFBFBF"/>
            </w:tcBorders>
            <w:tcMar>
              <w:top w:w="70" w:type="dxa"/>
              <w:left w:w="60" w:type="dxa"/>
              <w:bottom w:w="70" w:type="dxa"/>
              <w:right w:w="60" w:type="dxa"/>
            </w:tcMar>
            <w:vAlign w:val="center"/>
          </w:tcPr>
          <w:p w14:paraId="1F2AD4D7"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Email Address:</w:t>
            </w:r>
          </w:p>
        </w:tc>
        <w:tc>
          <w:tcPr>
            <w:tcW w:w="3816" w:type="dxa"/>
            <w:tcBorders>
              <w:top w:val="single" w:sz="4" w:space="0" w:color="BFBFBF"/>
              <w:left w:val="single" w:sz="4" w:space="0" w:color="BFBFBF"/>
              <w:bottom w:val="single" w:sz="4" w:space="0" w:color="BFBFBF"/>
              <w:right w:val="single" w:sz="4" w:space="0" w:color="BFBFBF"/>
            </w:tcBorders>
            <w:shd w:val="clear" w:color="auto" w:fill="F7F7F7"/>
            <w:tcMar>
              <w:top w:w="70" w:type="dxa"/>
              <w:left w:w="60" w:type="dxa"/>
              <w:bottom w:w="70" w:type="dxa"/>
              <w:right w:w="60" w:type="dxa"/>
            </w:tcMar>
            <w:vAlign w:val="center"/>
          </w:tcPr>
          <w:p w14:paraId="4933F43A" w14:textId="7044B05B" w:rsidR="00C203D8" w:rsidRPr="00C873E8" w:rsidRDefault="00C203D8" w:rsidP="00C873E8">
            <w:pPr>
              <w:spacing w:after="0" w:line="240" w:lineRule="auto"/>
              <w:rPr>
                <w:rFonts w:ascii="Times New Roman" w:hAnsi="Times New Roman" w:cs="Times New Roman"/>
                <w:sz w:val="24"/>
                <w:szCs w:val="24"/>
              </w:rPr>
            </w:pPr>
          </w:p>
        </w:tc>
      </w:tr>
    </w:tbl>
    <w:p w14:paraId="05B54F16" w14:textId="77777777" w:rsidR="00C203D8" w:rsidRPr="00C873E8" w:rsidRDefault="00C203D8" w:rsidP="00C873E8">
      <w:pPr>
        <w:spacing w:after="0" w:line="240" w:lineRule="auto"/>
        <w:rPr>
          <w:rFonts w:ascii="Times New Roman" w:hAnsi="Times New Roman" w:cs="Times New Roman"/>
          <w:sz w:val="24"/>
          <w:szCs w:val="24"/>
        </w:rPr>
      </w:pPr>
    </w:p>
    <w:tbl>
      <w:tblPr>
        <w:tblW w:w="0" w:type="auto"/>
        <w:jc w:val="center"/>
        <w:tblLayout w:type="fixed"/>
        <w:tblLook w:val="04A0" w:firstRow="1" w:lastRow="0" w:firstColumn="1" w:lastColumn="0" w:noHBand="0" w:noVBand="1"/>
      </w:tblPr>
      <w:tblGrid>
        <w:gridCol w:w="1656"/>
        <w:gridCol w:w="2880"/>
        <w:gridCol w:w="1728"/>
        <w:gridCol w:w="3816"/>
      </w:tblGrid>
      <w:tr w:rsidR="00C203D8" w:rsidRPr="00C873E8" w14:paraId="376DB0F0" w14:textId="77777777">
        <w:trPr>
          <w:jc w:val="center"/>
        </w:trPr>
        <w:tc>
          <w:tcPr>
            <w:tcW w:w="1656" w:type="dxa"/>
            <w:tcBorders>
              <w:top w:val="single" w:sz="4" w:space="0" w:color="BFBFBF"/>
              <w:left w:val="single" w:sz="4" w:space="0" w:color="BFBFBF"/>
              <w:bottom w:val="single" w:sz="4" w:space="0" w:color="BFBFBF"/>
              <w:right w:val="single" w:sz="4" w:space="0" w:color="BFBFBF"/>
            </w:tcBorders>
            <w:tcMar>
              <w:top w:w="70" w:type="dxa"/>
              <w:left w:w="60" w:type="dxa"/>
              <w:bottom w:w="70" w:type="dxa"/>
              <w:right w:w="60" w:type="dxa"/>
            </w:tcMar>
            <w:vAlign w:val="center"/>
          </w:tcPr>
          <w:p w14:paraId="17A7BE16"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First Name:</w:t>
            </w:r>
          </w:p>
        </w:tc>
        <w:tc>
          <w:tcPr>
            <w:tcW w:w="2880" w:type="dxa"/>
            <w:tcBorders>
              <w:top w:val="single" w:sz="4" w:space="0" w:color="BFBFBF"/>
              <w:left w:val="single" w:sz="4" w:space="0" w:color="BFBFBF"/>
              <w:bottom w:val="single" w:sz="4" w:space="0" w:color="BFBFBF"/>
              <w:right w:val="single" w:sz="4" w:space="0" w:color="BFBFBF"/>
            </w:tcBorders>
            <w:shd w:val="clear" w:color="auto" w:fill="F7F7F7"/>
            <w:tcMar>
              <w:top w:w="70" w:type="dxa"/>
              <w:left w:w="60" w:type="dxa"/>
              <w:bottom w:w="70" w:type="dxa"/>
              <w:right w:w="60" w:type="dxa"/>
            </w:tcMar>
            <w:vAlign w:val="center"/>
          </w:tcPr>
          <w:p w14:paraId="19340339" w14:textId="2C10576E" w:rsidR="00C203D8" w:rsidRPr="00C873E8" w:rsidRDefault="00C203D8" w:rsidP="00C873E8">
            <w:pPr>
              <w:spacing w:after="0" w:line="240" w:lineRule="auto"/>
              <w:rPr>
                <w:rFonts w:ascii="Times New Roman" w:hAnsi="Times New Roman" w:cs="Times New Roman"/>
                <w:sz w:val="24"/>
                <w:szCs w:val="24"/>
              </w:rPr>
            </w:pPr>
          </w:p>
        </w:tc>
        <w:tc>
          <w:tcPr>
            <w:tcW w:w="1728" w:type="dxa"/>
            <w:tcBorders>
              <w:top w:val="single" w:sz="4" w:space="0" w:color="BFBFBF"/>
              <w:left w:val="single" w:sz="4" w:space="0" w:color="BFBFBF"/>
              <w:bottom w:val="single" w:sz="4" w:space="0" w:color="BFBFBF"/>
              <w:right w:val="single" w:sz="4" w:space="0" w:color="BFBFBF"/>
            </w:tcBorders>
            <w:tcMar>
              <w:top w:w="70" w:type="dxa"/>
              <w:left w:w="60" w:type="dxa"/>
              <w:bottom w:w="70" w:type="dxa"/>
              <w:right w:w="60" w:type="dxa"/>
            </w:tcMar>
            <w:vAlign w:val="center"/>
          </w:tcPr>
          <w:p w14:paraId="7B6C6224"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Last Name:</w:t>
            </w:r>
          </w:p>
        </w:tc>
        <w:tc>
          <w:tcPr>
            <w:tcW w:w="3816" w:type="dxa"/>
            <w:tcBorders>
              <w:top w:val="single" w:sz="4" w:space="0" w:color="BFBFBF"/>
              <w:left w:val="single" w:sz="4" w:space="0" w:color="BFBFBF"/>
              <w:bottom w:val="single" w:sz="4" w:space="0" w:color="BFBFBF"/>
              <w:right w:val="single" w:sz="4" w:space="0" w:color="BFBFBF"/>
            </w:tcBorders>
            <w:shd w:val="clear" w:color="auto" w:fill="F7F7F7"/>
            <w:tcMar>
              <w:top w:w="70" w:type="dxa"/>
              <w:left w:w="60" w:type="dxa"/>
              <w:bottom w:w="70" w:type="dxa"/>
              <w:right w:w="60" w:type="dxa"/>
            </w:tcMar>
            <w:vAlign w:val="center"/>
          </w:tcPr>
          <w:p w14:paraId="07FE0760" w14:textId="5222E01B" w:rsidR="00C203D8" w:rsidRPr="00C873E8" w:rsidRDefault="00C203D8" w:rsidP="00C873E8">
            <w:pPr>
              <w:spacing w:after="0" w:line="240" w:lineRule="auto"/>
              <w:rPr>
                <w:rFonts w:ascii="Times New Roman" w:hAnsi="Times New Roman" w:cs="Times New Roman"/>
                <w:sz w:val="24"/>
                <w:szCs w:val="24"/>
              </w:rPr>
            </w:pPr>
          </w:p>
        </w:tc>
      </w:tr>
      <w:tr w:rsidR="00C203D8" w:rsidRPr="00C873E8" w14:paraId="089AC9F1" w14:textId="77777777">
        <w:trPr>
          <w:jc w:val="center"/>
        </w:trPr>
        <w:tc>
          <w:tcPr>
            <w:tcW w:w="1656" w:type="dxa"/>
            <w:tcBorders>
              <w:top w:val="single" w:sz="4" w:space="0" w:color="BFBFBF"/>
              <w:left w:val="single" w:sz="4" w:space="0" w:color="BFBFBF"/>
              <w:bottom w:val="single" w:sz="4" w:space="0" w:color="BFBFBF"/>
              <w:right w:val="single" w:sz="4" w:space="0" w:color="BFBFBF"/>
            </w:tcBorders>
            <w:tcMar>
              <w:top w:w="70" w:type="dxa"/>
              <w:left w:w="60" w:type="dxa"/>
              <w:bottom w:w="70" w:type="dxa"/>
              <w:right w:w="60" w:type="dxa"/>
            </w:tcMar>
            <w:vAlign w:val="center"/>
          </w:tcPr>
          <w:p w14:paraId="0629B079"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Mailing Address</w:t>
            </w:r>
          </w:p>
        </w:tc>
        <w:tc>
          <w:tcPr>
            <w:tcW w:w="2880" w:type="dxa"/>
            <w:tcBorders>
              <w:top w:val="single" w:sz="4" w:space="0" w:color="BFBFBF"/>
              <w:left w:val="single" w:sz="4" w:space="0" w:color="BFBFBF"/>
              <w:bottom w:val="single" w:sz="4" w:space="0" w:color="BFBFBF"/>
              <w:right w:val="single" w:sz="4" w:space="0" w:color="BFBFBF"/>
            </w:tcBorders>
            <w:shd w:val="clear" w:color="auto" w:fill="F7F7F7"/>
            <w:tcMar>
              <w:top w:w="70" w:type="dxa"/>
              <w:left w:w="60" w:type="dxa"/>
              <w:bottom w:w="70" w:type="dxa"/>
              <w:right w:w="60" w:type="dxa"/>
            </w:tcMar>
            <w:vAlign w:val="center"/>
          </w:tcPr>
          <w:p w14:paraId="0863B7CD" w14:textId="1BAAA69E" w:rsidR="00C203D8" w:rsidRPr="00C873E8" w:rsidRDefault="00C203D8" w:rsidP="00C873E8">
            <w:pPr>
              <w:spacing w:after="0" w:line="240" w:lineRule="auto"/>
              <w:rPr>
                <w:rFonts w:ascii="Times New Roman" w:hAnsi="Times New Roman" w:cs="Times New Roman"/>
                <w:sz w:val="24"/>
                <w:szCs w:val="24"/>
              </w:rPr>
            </w:pPr>
          </w:p>
        </w:tc>
        <w:tc>
          <w:tcPr>
            <w:tcW w:w="1728" w:type="dxa"/>
            <w:tcBorders>
              <w:top w:val="single" w:sz="4" w:space="0" w:color="BFBFBF"/>
              <w:left w:val="single" w:sz="4" w:space="0" w:color="BFBFBF"/>
              <w:bottom w:val="single" w:sz="4" w:space="0" w:color="BFBFBF"/>
              <w:right w:val="single" w:sz="4" w:space="0" w:color="BFBFBF"/>
            </w:tcBorders>
            <w:tcMar>
              <w:top w:w="70" w:type="dxa"/>
              <w:left w:w="60" w:type="dxa"/>
              <w:bottom w:w="70" w:type="dxa"/>
              <w:right w:w="60" w:type="dxa"/>
            </w:tcMar>
            <w:vAlign w:val="center"/>
          </w:tcPr>
          <w:p w14:paraId="748EDC88"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City &amp; Zip:</w:t>
            </w:r>
          </w:p>
        </w:tc>
        <w:tc>
          <w:tcPr>
            <w:tcW w:w="3816" w:type="dxa"/>
            <w:tcBorders>
              <w:top w:val="single" w:sz="4" w:space="0" w:color="BFBFBF"/>
              <w:left w:val="single" w:sz="4" w:space="0" w:color="BFBFBF"/>
              <w:bottom w:val="single" w:sz="4" w:space="0" w:color="BFBFBF"/>
              <w:right w:val="single" w:sz="4" w:space="0" w:color="BFBFBF"/>
            </w:tcBorders>
            <w:shd w:val="clear" w:color="auto" w:fill="F7F7F7"/>
            <w:tcMar>
              <w:top w:w="70" w:type="dxa"/>
              <w:left w:w="60" w:type="dxa"/>
              <w:bottom w:w="70" w:type="dxa"/>
              <w:right w:w="60" w:type="dxa"/>
            </w:tcMar>
            <w:vAlign w:val="center"/>
          </w:tcPr>
          <w:p w14:paraId="27AF3BED" w14:textId="6DE8972B" w:rsidR="00C203D8" w:rsidRPr="00C873E8" w:rsidRDefault="00C203D8" w:rsidP="00C873E8">
            <w:pPr>
              <w:spacing w:after="0" w:line="240" w:lineRule="auto"/>
              <w:rPr>
                <w:rFonts w:ascii="Times New Roman" w:hAnsi="Times New Roman" w:cs="Times New Roman"/>
                <w:sz w:val="24"/>
                <w:szCs w:val="24"/>
              </w:rPr>
            </w:pPr>
          </w:p>
        </w:tc>
      </w:tr>
      <w:tr w:rsidR="00C203D8" w:rsidRPr="00C873E8" w14:paraId="6E517AEF" w14:textId="77777777">
        <w:trPr>
          <w:jc w:val="center"/>
        </w:trPr>
        <w:tc>
          <w:tcPr>
            <w:tcW w:w="1656" w:type="dxa"/>
            <w:tcBorders>
              <w:top w:val="single" w:sz="4" w:space="0" w:color="BFBFBF"/>
              <w:left w:val="single" w:sz="4" w:space="0" w:color="BFBFBF"/>
              <w:bottom w:val="single" w:sz="4" w:space="0" w:color="BFBFBF"/>
              <w:right w:val="single" w:sz="4" w:space="0" w:color="BFBFBF"/>
            </w:tcBorders>
            <w:tcMar>
              <w:top w:w="70" w:type="dxa"/>
              <w:left w:w="60" w:type="dxa"/>
              <w:bottom w:w="70" w:type="dxa"/>
              <w:right w:w="60" w:type="dxa"/>
            </w:tcMar>
            <w:vAlign w:val="center"/>
          </w:tcPr>
          <w:p w14:paraId="3541EA09"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Phone:</w:t>
            </w:r>
          </w:p>
        </w:tc>
        <w:tc>
          <w:tcPr>
            <w:tcW w:w="2880" w:type="dxa"/>
            <w:tcBorders>
              <w:top w:val="single" w:sz="4" w:space="0" w:color="BFBFBF"/>
              <w:left w:val="single" w:sz="4" w:space="0" w:color="BFBFBF"/>
              <w:bottom w:val="single" w:sz="4" w:space="0" w:color="BFBFBF"/>
              <w:right w:val="single" w:sz="4" w:space="0" w:color="BFBFBF"/>
            </w:tcBorders>
            <w:shd w:val="clear" w:color="auto" w:fill="F7F7F7"/>
            <w:tcMar>
              <w:top w:w="70" w:type="dxa"/>
              <w:left w:w="60" w:type="dxa"/>
              <w:bottom w:w="70" w:type="dxa"/>
              <w:right w:w="60" w:type="dxa"/>
            </w:tcMar>
            <w:vAlign w:val="center"/>
          </w:tcPr>
          <w:p w14:paraId="3CBC19AF" w14:textId="41A98FBD" w:rsidR="00C203D8" w:rsidRPr="00C873E8" w:rsidRDefault="00C203D8" w:rsidP="00C873E8">
            <w:pPr>
              <w:spacing w:after="0" w:line="240" w:lineRule="auto"/>
              <w:rPr>
                <w:rFonts w:ascii="Times New Roman" w:hAnsi="Times New Roman" w:cs="Times New Roman"/>
                <w:sz w:val="24"/>
                <w:szCs w:val="24"/>
              </w:rPr>
            </w:pPr>
          </w:p>
        </w:tc>
        <w:tc>
          <w:tcPr>
            <w:tcW w:w="1728" w:type="dxa"/>
            <w:tcBorders>
              <w:top w:val="single" w:sz="4" w:space="0" w:color="BFBFBF"/>
              <w:left w:val="single" w:sz="4" w:space="0" w:color="BFBFBF"/>
              <w:bottom w:val="single" w:sz="4" w:space="0" w:color="BFBFBF"/>
              <w:right w:val="single" w:sz="4" w:space="0" w:color="BFBFBF"/>
            </w:tcBorders>
            <w:tcMar>
              <w:top w:w="70" w:type="dxa"/>
              <w:left w:w="60" w:type="dxa"/>
              <w:bottom w:w="70" w:type="dxa"/>
              <w:right w:w="60" w:type="dxa"/>
            </w:tcMar>
            <w:vAlign w:val="center"/>
          </w:tcPr>
          <w:p w14:paraId="1732342E"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Email Address:</w:t>
            </w:r>
          </w:p>
        </w:tc>
        <w:tc>
          <w:tcPr>
            <w:tcW w:w="3816" w:type="dxa"/>
            <w:tcBorders>
              <w:top w:val="single" w:sz="4" w:space="0" w:color="BFBFBF"/>
              <w:left w:val="single" w:sz="4" w:space="0" w:color="BFBFBF"/>
              <w:bottom w:val="single" w:sz="4" w:space="0" w:color="BFBFBF"/>
              <w:right w:val="single" w:sz="4" w:space="0" w:color="BFBFBF"/>
            </w:tcBorders>
            <w:shd w:val="clear" w:color="auto" w:fill="F7F7F7"/>
            <w:tcMar>
              <w:top w:w="70" w:type="dxa"/>
              <w:left w:w="60" w:type="dxa"/>
              <w:bottom w:w="70" w:type="dxa"/>
              <w:right w:w="60" w:type="dxa"/>
            </w:tcMar>
            <w:vAlign w:val="center"/>
          </w:tcPr>
          <w:p w14:paraId="7C0887DF" w14:textId="38228415" w:rsidR="00C203D8" w:rsidRPr="00C873E8" w:rsidRDefault="00C203D8" w:rsidP="00C873E8">
            <w:pPr>
              <w:spacing w:after="0" w:line="240" w:lineRule="auto"/>
              <w:rPr>
                <w:rFonts w:ascii="Times New Roman" w:hAnsi="Times New Roman" w:cs="Times New Roman"/>
                <w:sz w:val="24"/>
                <w:szCs w:val="24"/>
              </w:rPr>
            </w:pPr>
          </w:p>
        </w:tc>
      </w:tr>
    </w:tbl>
    <w:p w14:paraId="4E18909F" w14:textId="77777777" w:rsidR="00AA1FD7" w:rsidRPr="00C873E8" w:rsidRDefault="00AA1FD7" w:rsidP="00C873E8">
      <w:pPr>
        <w:spacing w:after="0" w:line="240" w:lineRule="auto"/>
        <w:rPr>
          <w:rFonts w:ascii="Times New Roman" w:hAnsi="Times New Roman" w:cs="Times New Roman"/>
          <w:sz w:val="24"/>
          <w:szCs w:val="24"/>
        </w:rPr>
      </w:pPr>
    </w:p>
    <w:p w14:paraId="46E605A8" w14:textId="6113C279"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 xml:space="preserve">III.     </w:t>
      </w:r>
      <w:r w:rsidRPr="00C873E8">
        <w:rPr>
          <w:rFonts w:ascii="Times New Roman" w:hAnsi="Times New Roman" w:cs="Times New Roman"/>
          <w:b/>
          <w:sz w:val="24"/>
          <w:szCs w:val="24"/>
          <w:u w:val="single"/>
        </w:rPr>
        <w:t>Personal Statement of Interest</w:t>
      </w:r>
    </w:p>
    <w:p w14:paraId="0173C7FD" w14:textId="77777777" w:rsidR="00C203D8" w:rsidRPr="00C873E8" w:rsidRDefault="00000000" w:rsidP="00C873E8">
      <w:pPr>
        <w:spacing w:after="0" w:line="240" w:lineRule="auto"/>
        <w:ind w:left="317"/>
        <w:rPr>
          <w:rFonts w:ascii="Times New Roman" w:hAnsi="Times New Roman" w:cs="Times New Roman"/>
          <w:sz w:val="24"/>
          <w:szCs w:val="24"/>
        </w:rPr>
      </w:pPr>
      <w:r w:rsidRPr="00C873E8">
        <w:rPr>
          <w:rFonts w:ascii="Times New Roman" w:hAnsi="Times New Roman" w:cs="Times New Roman"/>
          <w:sz w:val="24"/>
          <w:szCs w:val="24"/>
        </w:rPr>
        <w:t>Briefly explain your interest in serving on the BART Audit Committee. Please feel free to attach additional pages.</w:t>
      </w:r>
    </w:p>
    <w:tbl>
      <w:tblPr>
        <w:tblW w:w="0" w:type="auto"/>
        <w:jc w:val="center"/>
        <w:tblLayout w:type="fixed"/>
        <w:tblLook w:val="04A0" w:firstRow="1" w:lastRow="0" w:firstColumn="1" w:lastColumn="0" w:noHBand="0" w:noVBand="1"/>
      </w:tblPr>
      <w:tblGrid>
        <w:gridCol w:w="10656"/>
      </w:tblGrid>
      <w:tr w:rsidR="00C203D8" w:rsidRPr="00C873E8" w14:paraId="1839FD26" w14:textId="77777777">
        <w:trPr>
          <w:trHeight w:val="835"/>
          <w:jc w:val="center"/>
        </w:trPr>
        <w:tc>
          <w:tcPr>
            <w:tcW w:w="10656" w:type="dxa"/>
            <w:tcBorders>
              <w:top w:val="single" w:sz="4" w:space="0" w:color="BFBFBF"/>
              <w:left w:val="single" w:sz="4" w:space="0" w:color="BFBFBF"/>
              <w:bottom w:val="single" w:sz="4" w:space="0" w:color="BFBFBF"/>
              <w:right w:val="single" w:sz="4" w:space="0" w:color="BFBFBF"/>
            </w:tcBorders>
            <w:shd w:val="clear" w:color="auto" w:fill="F7F7F7"/>
          </w:tcPr>
          <w:p w14:paraId="51CBF31A" w14:textId="70809D4A" w:rsidR="00C873E8" w:rsidRPr="00C873E8" w:rsidRDefault="00C873E8" w:rsidP="00C873E8">
            <w:pPr>
              <w:spacing w:after="0" w:line="240" w:lineRule="auto"/>
              <w:rPr>
                <w:rFonts w:ascii="Times New Roman" w:hAnsi="Times New Roman" w:cs="Times New Roman"/>
                <w:color w:val="696969"/>
                <w:sz w:val="24"/>
                <w:szCs w:val="24"/>
              </w:rPr>
            </w:pPr>
          </w:p>
        </w:tc>
      </w:tr>
    </w:tbl>
    <w:p w14:paraId="4BACBAE7" w14:textId="77777777" w:rsidR="00AA1FD7" w:rsidRPr="00C873E8" w:rsidRDefault="00AA1FD7" w:rsidP="00C873E8">
      <w:pPr>
        <w:spacing w:after="0" w:line="240" w:lineRule="auto"/>
        <w:rPr>
          <w:rFonts w:ascii="Times New Roman" w:hAnsi="Times New Roman" w:cs="Times New Roman"/>
          <w:sz w:val="24"/>
          <w:szCs w:val="24"/>
        </w:rPr>
      </w:pPr>
    </w:p>
    <w:p w14:paraId="03B14B70" w14:textId="1F70F67C"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 xml:space="preserve">IV.     </w:t>
      </w:r>
      <w:r w:rsidRPr="00C873E8">
        <w:rPr>
          <w:rFonts w:ascii="Times New Roman" w:hAnsi="Times New Roman" w:cs="Times New Roman"/>
          <w:b/>
          <w:sz w:val="24"/>
          <w:szCs w:val="24"/>
          <w:u w:val="single"/>
        </w:rPr>
        <w:t>Expertise</w:t>
      </w:r>
    </w:p>
    <w:p w14:paraId="43A7B6BE" w14:textId="77777777" w:rsidR="00C203D8" w:rsidRPr="00C873E8" w:rsidRDefault="00000000" w:rsidP="00C873E8">
      <w:pPr>
        <w:spacing w:after="0" w:line="240" w:lineRule="auto"/>
        <w:ind w:left="317"/>
        <w:rPr>
          <w:rFonts w:ascii="Times New Roman" w:hAnsi="Times New Roman" w:cs="Times New Roman"/>
          <w:sz w:val="24"/>
          <w:szCs w:val="24"/>
        </w:rPr>
      </w:pPr>
      <w:r w:rsidRPr="00C873E8">
        <w:rPr>
          <w:rFonts w:ascii="Times New Roman" w:hAnsi="Times New Roman" w:cs="Times New Roman"/>
          <w:sz w:val="24"/>
          <w:szCs w:val="24"/>
        </w:rPr>
        <w:t>What expertise do you have in governmental accounting, financial management, performance auditing, or conducting investigations of fraud, waste, or abuse? Attach additional sheets if needed.</w:t>
      </w:r>
    </w:p>
    <w:tbl>
      <w:tblPr>
        <w:tblW w:w="0" w:type="auto"/>
        <w:jc w:val="center"/>
        <w:tblLayout w:type="fixed"/>
        <w:tblLook w:val="04A0" w:firstRow="1" w:lastRow="0" w:firstColumn="1" w:lastColumn="0" w:noHBand="0" w:noVBand="1"/>
      </w:tblPr>
      <w:tblGrid>
        <w:gridCol w:w="10656"/>
      </w:tblGrid>
      <w:tr w:rsidR="00C203D8" w:rsidRPr="00C873E8" w14:paraId="55D01B4D" w14:textId="77777777">
        <w:trPr>
          <w:trHeight w:val="835"/>
          <w:jc w:val="center"/>
        </w:trPr>
        <w:tc>
          <w:tcPr>
            <w:tcW w:w="10656" w:type="dxa"/>
            <w:tcBorders>
              <w:top w:val="single" w:sz="4" w:space="0" w:color="BFBFBF"/>
              <w:left w:val="single" w:sz="4" w:space="0" w:color="BFBFBF"/>
              <w:bottom w:val="single" w:sz="4" w:space="0" w:color="BFBFBF"/>
              <w:right w:val="single" w:sz="4" w:space="0" w:color="BFBFBF"/>
            </w:tcBorders>
            <w:shd w:val="clear" w:color="auto" w:fill="F7F7F7"/>
          </w:tcPr>
          <w:p w14:paraId="141A7390" w14:textId="7B166821" w:rsidR="00C203D8" w:rsidRPr="00C873E8" w:rsidRDefault="00C203D8" w:rsidP="00C873E8">
            <w:pPr>
              <w:spacing w:after="0" w:line="240" w:lineRule="auto"/>
              <w:rPr>
                <w:rFonts w:ascii="Times New Roman" w:hAnsi="Times New Roman" w:cs="Times New Roman"/>
                <w:sz w:val="24"/>
                <w:szCs w:val="24"/>
              </w:rPr>
            </w:pPr>
          </w:p>
        </w:tc>
      </w:tr>
    </w:tbl>
    <w:p w14:paraId="3E1EBC58" w14:textId="77777777" w:rsidR="00AA1FD7" w:rsidRPr="00C873E8" w:rsidRDefault="00AA1FD7" w:rsidP="00C873E8">
      <w:pPr>
        <w:spacing w:after="0" w:line="240" w:lineRule="auto"/>
        <w:rPr>
          <w:rFonts w:ascii="Times New Roman" w:hAnsi="Times New Roman" w:cs="Times New Roman"/>
          <w:sz w:val="24"/>
          <w:szCs w:val="24"/>
        </w:rPr>
      </w:pPr>
    </w:p>
    <w:p w14:paraId="2BB43775" w14:textId="3C8B112D"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 xml:space="preserve">V.     </w:t>
      </w:r>
      <w:r w:rsidRPr="00C873E8">
        <w:rPr>
          <w:rFonts w:ascii="Times New Roman" w:hAnsi="Times New Roman" w:cs="Times New Roman"/>
          <w:b/>
          <w:sz w:val="24"/>
          <w:szCs w:val="24"/>
          <w:u w:val="single"/>
        </w:rPr>
        <w:t>Technical Knowledge</w:t>
      </w:r>
    </w:p>
    <w:p w14:paraId="6650263B" w14:textId="019775D8" w:rsidR="00C203D8" w:rsidRPr="00C873E8" w:rsidRDefault="00000000" w:rsidP="00C873E8">
      <w:pPr>
        <w:spacing w:after="0" w:line="240" w:lineRule="auto"/>
        <w:ind w:left="317"/>
        <w:rPr>
          <w:rFonts w:ascii="Times New Roman" w:hAnsi="Times New Roman" w:cs="Times New Roman"/>
          <w:sz w:val="24"/>
          <w:szCs w:val="24"/>
        </w:rPr>
      </w:pPr>
      <w:r w:rsidRPr="00C873E8">
        <w:rPr>
          <w:rFonts w:ascii="Times New Roman" w:hAnsi="Times New Roman" w:cs="Times New Roman"/>
          <w:sz w:val="24"/>
          <w:szCs w:val="24"/>
        </w:rPr>
        <w:t>What technical knowledge do you have of accounting, financial or performance auditing, financial reporting, and internal controls, including an understanding of and ability to apply the Government</w:t>
      </w:r>
    </w:p>
    <w:p w14:paraId="2BD7A364" w14:textId="77777777" w:rsidR="00C203D8" w:rsidRPr="00C873E8" w:rsidRDefault="00000000" w:rsidP="00C873E8">
      <w:pPr>
        <w:spacing w:after="0" w:line="240" w:lineRule="auto"/>
        <w:ind w:left="317"/>
        <w:rPr>
          <w:rFonts w:ascii="Times New Roman" w:hAnsi="Times New Roman" w:cs="Times New Roman"/>
          <w:sz w:val="24"/>
          <w:szCs w:val="24"/>
        </w:rPr>
      </w:pPr>
      <w:r w:rsidRPr="00C873E8">
        <w:rPr>
          <w:rFonts w:ascii="Times New Roman" w:hAnsi="Times New Roman" w:cs="Times New Roman"/>
          <w:sz w:val="24"/>
          <w:szCs w:val="24"/>
        </w:rPr>
        <w:t>Auditing Standards, accounting standards issued by the Government Accounting Standards Board, and a recognized internal control framework. Attach additional sheets if needed.</w:t>
      </w:r>
    </w:p>
    <w:tbl>
      <w:tblPr>
        <w:tblW w:w="0" w:type="auto"/>
        <w:jc w:val="center"/>
        <w:tblLayout w:type="fixed"/>
        <w:tblLook w:val="04A0" w:firstRow="1" w:lastRow="0" w:firstColumn="1" w:lastColumn="0" w:noHBand="0" w:noVBand="1"/>
      </w:tblPr>
      <w:tblGrid>
        <w:gridCol w:w="10656"/>
      </w:tblGrid>
      <w:tr w:rsidR="00C203D8" w:rsidRPr="00C873E8" w14:paraId="4ECB8822" w14:textId="77777777">
        <w:trPr>
          <w:trHeight w:val="792"/>
          <w:jc w:val="center"/>
        </w:trPr>
        <w:tc>
          <w:tcPr>
            <w:tcW w:w="10656" w:type="dxa"/>
            <w:tcBorders>
              <w:top w:val="single" w:sz="4" w:space="0" w:color="BFBFBF"/>
              <w:left w:val="single" w:sz="4" w:space="0" w:color="BFBFBF"/>
              <w:bottom w:val="single" w:sz="4" w:space="0" w:color="BFBFBF"/>
              <w:right w:val="single" w:sz="4" w:space="0" w:color="BFBFBF"/>
            </w:tcBorders>
            <w:shd w:val="clear" w:color="auto" w:fill="F7F7F7"/>
          </w:tcPr>
          <w:p w14:paraId="0AA3F3C5" w14:textId="0127687D" w:rsidR="00C203D8" w:rsidRPr="00C873E8" w:rsidRDefault="00C203D8" w:rsidP="00C873E8">
            <w:pPr>
              <w:spacing w:after="0" w:line="240" w:lineRule="auto"/>
              <w:rPr>
                <w:rFonts w:ascii="Times New Roman" w:hAnsi="Times New Roman" w:cs="Times New Roman"/>
                <w:sz w:val="24"/>
                <w:szCs w:val="24"/>
              </w:rPr>
            </w:pPr>
          </w:p>
        </w:tc>
      </w:tr>
    </w:tbl>
    <w:p w14:paraId="0DED0077" w14:textId="77777777" w:rsidR="00AA1FD7" w:rsidRPr="00C873E8" w:rsidRDefault="00AA1FD7" w:rsidP="00C873E8">
      <w:pPr>
        <w:spacing w:after="0" w:line="240" w:lineRule="auto"/>
        <w:rPr>
          <w:rFonts w:ascii="Times New Roman" w:hAnsi="Times New Roman" w:cs="Times New Roman"/>
          <w:sz w:val="24"/>
          <w:szCs w:val="24"/>
        </w:rPr>
      </w:pPr>
    </w:p>
    <w:p w14:paraId="713269B3" w14:textId="3C2C635F"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 xml:space="preserve">VI.     </w:t>
      </w:r>
      <w:r w:rsidRPr="00C873E8">
        <w:rPr>
          <w:rFonts w:ascii="Times New Roman" w:hAnsi="Times New Roman" w:cs="Times New Roman"/>
          <w:b/>
          <w:sz w:val="24"/>
          <w:szCs w:val="24"/>
          <w:u w:val="single"/>
        </w:rPr>
        <w:t>Professional Certifications</w:t>
      </w:r>
    </w:p>
    <w:p w14:paraId="360DE0B4" w14:textId="77777777" w:rsidR="00C203D8" w:rsidRPr="00C873E8" w:rsidRDefault="00000000" w:rsidP="00C873E8">
      <w:pPr>
        <w:spacing w:after="0" w:line="240" w:lineRule="auto"/>
        <w:ind w:left="317"/>
        <w:rPr>
          <w:rFonts w:ascii="Times New Roman" w:hAnsi="Times New Roman" w:cs="Times New Roman"/>
          <w:sz w:val="24"/>
          <w:szCs w:val="24"/>
        </w:rPr>
      </w:pPr>
      <w:r w:rsidRPr="00C873E8">
        <w:rPr>
          <w:rFonts w:ascii="Times New Roman" w:hAnsi="Times New Roman" w:cs="Times New Roman"/>
          <w:sz w:val="24"/>
          <w:szCs w:val="24"/>
        </w:rPr>
        <w:t>What relevant professional certifications do you hold, such as Certified Public Accountant, Certified Internal Auditor, Certified Fraud Examiner, Certified Inspector General, Certified Internal Controls Auditor, Certified Information Systems Auditor, or a similar professional certification. Attach additional sheets if needed.</w:t>
      </w:r>
    </w:p>
    <w:tbl>
      <w:tblPr>
        <w:tblW w:w="0" w:type="auto"/>
        <w:jc w:val="center"/>
        <w:tblLayout w:type="fixed"/>
        <w:tblLook w:val="04A0" w:firstRow="1" w:lastRow="0" w:firstColumn="1" w:lastColumn="0" w:noHBand="0" w:noVBand="1"/>
      </w:tblPr>
      <w:tblGrid>
        <w:gridCol w:w="10656"/>
      </w:tblGrid>
      <w:tr w:rsidR="00C203D8" w:rsidRPr="00C873E8" w14:paraId="2FBA0067" w14:textId="77777777">
        <w:trPr>
          <w:trHeight w:val="691"/>
          <w:jc w:val="center"/>
        </w:trPr>
        <w:tc>
          <w:tcPr>
            <w:tcW w:w="10656" w:type="dxa"/>
            <w:tcBorders>
              <w:top w:val="single" w:sz="4" w:space="0" w:color="BFBFBF"/>
              <w:left w:val="single" w:sz="4" w:space="0" w:color="BFBFBF"/>
              <w:bottom w:val="single" w:sz="4" w:space="0" w:color="BFBFBF"/>
              <w:right w:val="single" w:sz="4" w:space="0" w:color="BFBFBF"/>
            </w:tcBorders>
            <w:shd w:val="clear" w:color="auto" w:fill="F7F7F7"/>
          </w:tcPr>
          <w:p w14:paraId="4D7229CA" w14:textId="4FD05E06" w:rsidR="00C203D8" w:rsidRPr="00C873E8" w:rsidRDefault="00C203D8" w:rsidP="00C873E8">
            <w:pPr>
              <w:spacing w:after="0" w:line="240" w:lineRule="auto"/>
              <w:rPr>
                <w:rFonts w:ascii="Times New Roman" w:hAnsi="Times New Roman" w:cs="Times New Roman"/>
                <w:sz w:val="24"/>
                <w:szCs w:val="24"/>
              </w:rPr>
            </w:pPr>
          </w:p>
        </w:tc>
      </w:tr>
    </w:tbl>
    <w:p w14:paraId="582621F0" w14:textId="77777777" w:rsidR="00C873E8" w:rsidRDefault="00C873E8" w:rsidP="00C873E8">
      <w:pPr>
        <w:spacing w:after="0" w:line="240" w:lineRule="auto"/>
        <w:rPr>
          <w:rFonts w:ascii="Times New Roman" w:hAnsi="Times New Roman" w:cs="Times New Roman"/>
          <w:sz w:val="24"/>
          <w:szCs w:val="24"/>
        </w:rPr>
      </w:pPr>
    </w:p>
    <w:p w14:paraId="0DAE36FA" w14:textId="4128DFFF"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 xml:space="preserve">VII.     </w:t>
      </w:r>
      <w:r w:rsidRPr="00C873E8">
        <w:rPr>
          <w:rFonts w:ascii="Times New Roman" w:hAnsi="Times New Roman" w:cs="Times New Roman"/>
          <w:b/>
          <w:sz w:val="24"/>
          <w:szCs w:val="24"/>
          <w:u w:val="single"/>
        </w:rPr>
        <w:t>No Conflicts of Interest</w:t>
      </w:r>
    </w:p>
    <w:p w14:paraId="6F7FDA34" w14:textId="77777777" w:rsidR="00C203D8" w:rsidRPr="00C873E8" w:rsidRDefault="00000000" w:rsidP="00C873E8">
      <w:pPr>
        <w:spacing w:after="0" w:line="240" w:lineRule="auto"/>
        <w:ind w:left="317"/>
        <w:rPr>
          <w:rFonts w:ascii="Times New Roman" w:hAnsi="Times New Roman" w:cs="Times New Roman"/>
          <w:sz w:val="24"/>
          <w:szCs w:val="24"/>
        </w:rPr>
      </w:pPr>
      <w:r w:rsidRPr="00C873E8">
        <w:rPr>
          <w:rFonts w:ascii="Times New Roman" w:hAnsi="Times New Roman" w:cs="Times New Roman"/>
          <w:sz w:val="24"/>
          <w:szCs w:val="24"/>
        </w:rPr>
        <w:t>Within the past 10 years have you had any affiliation with the District or with a firm that has done business with the District?</w:t>
      </w:r>
    </w:p>
    <w:tbl>
      <w:tblPr>
        <w:tblW w:w="0" w:type="auto"/>
        <w:jc w:val="center"/>
        <w:tblLayout w:type="fixed"/>
        <w:tblLook w:val="04A0" w:firstRow="1" w:lastRow="0" w:firstColumn="1" w:lastColumn="0" w:noHBand="0" w:noVBand="1"/>
      </w:tblPr>
      <w:tblGrid>
        <w:gridCol w:w="10656"/>
      </w:tblGrid>
      <w:tr w:rsidR="00C203D8" w:rsidRPr="00C873E8" w14:paraId="1879C87E" w14:textId="77777777">
        <w:trPr>
          <w:trHeight w:val="547"/>
          <w:jc w:val="center"/>
        </w:trPr>
        <w:tc>
          <w:tcPr>
            <w:tcW w:w="10656" w:type="dxa"/>
            <w:tcBorders>
              <w:top w:val="single" w:sz="4" w:space="0" w:color="BFBFBF"/>
              <w:left w:val="single" w:sz="4" w:space="0" w:color="BFBFBF"/>
              <w:bottom w:val="single" w:sz="4" w:space="0" w:color="BFBFBF"/>
              <w:right w:val="single" w:sz="4" w:space="0" w:color="BFBFBF"/>
            </w:tcBorders>
            <w:shd w:val="clear" w:color="auto" w:fill="F7F7F7"/>
          </w:tcPr>
          <w:p w14:paraId="16E2DE60" w14:textId="3465E5B9" w:rsidR="00C203D8" w:rsidRPr="00C873E8" w:rsidRDefault="00C203D8" w:rsidP="00C873E8">
            <w:pPr>
              <w:spacing w:after="0" w:line="240" w:lineRule="auto"/>
              <w:rPr>
                <w:rFonts w:ascii="Times New Roman" w:hAnsi="Times New Roman" w:cs="Times New Roman"/>
                <w:sz w:val="24"/>
                <w:szCs w:val="24"/>
              </w:rPr>
            </w:pPr>
          </w:p>
        </w:tc>
      </w:tr>
    </w:tbl>
    <w:p w14:paraId="3536BE90" w14:textId="77777777" w:rsidR="00C873E8" w:rsidRDefault="00C873E8" w:rsidP="00C873E8">
      <w:pPr>
        <w:spacing w:after="0" w:line="240" w:lineRule="auto"/>
        <w:rPr>
          <w:rFonts w:ascii="Times New Roman" w:hAnsi="Times New Roman" w:cs="Times New Roman"/>
          <w:sz w:val="24"/>
          <w:szCs w:val="24"/>
        </w:rPr>
      </w:pPr>
    </w:p>
    <w:p w14:paraId="130D456B" w14:textId="49F0C808"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 xml:space="preserve">VIII.     </w:t>
      </w:r>
      <w:r w:rsidRPr="00C873E8">
        <w:rPr>
          <w:rFonts w:ascii="Times New Roman" w:hAnsi="Times New Roman" w:cs="Times New Roman"/>
          <w:b/>
          <w:sz w:val="24"/>
          <w:szCs w:val="24"/>
          <w:u w:val="single"/>
        </w:rPr>
        <w:t>Term</w:t>
      </w:r>
    </w:p>
    <w:p w14:paraId="7F2CE3D2" w14:textId="77777777" w:rsidR="00C203D8" w:rsidRPr="00C873E8" w:rsidRDefault="00000000" w:rsidP="00C873E8">
      <w:pPr>
        <w:spacing w:after="0" w:line="240" w:lineRule="auto"/>
        <w:ind w:left="317"/>
        <w:rPr>
          <w:rFonts w:ascii="Times New Roman" w:hAnsi="Times New Roman" w:cs="Times New Roman"/>
          <w:sz w:val="24"/>
          <w:szCs w:val="24"/>
        </w:rPr>
      </w:pPr>
      <w:r w:rsidRPr="00C873E8">
        <w:rPr>
          <w:rFonts w:ascii="Times New Roman" w:hAnsi="Times New Roman" w:cs="Times New Roman"/>
          <w:sz w:val="24"/>
          <w:szCs w:val="24"/>
        </w:rPr>
        <w:t>Public members shall serve two-year terms and are eligible to serve up to six years total.</w:t>
      </w:r>
      <w:r w:rsidRPr="00C873E8">
        <w:rPr>
          <w:rFonts w:ascii="Times New Roman" w:hAnsi="Times New Roman" w:cs="Times New Roman"/>
          <w:sz w:val="24"/>
          <w:szCs w:val="24"/>
        </w:rPr>
        <w:br/>
        <w:t>There is one seat open for application.</w:t>
      </w:r>
    </w:p>
    <w:p w14:paraId="04C2A985" w14:textId="77777777" w:rsidR="00C873E8" w:rsidRDefault="00C873E8" w:rsidP="00C873E8">
      <w:pPr>
        <w:spacing w:after="0" w:line="240" w:lineRule="auto"/>
        <w:rPr>
          <w:rFonts w:ascii="Times New Roman" w:hAnsi="Times New Roman" w:cs="Times New Roman"/>
          <w:sz w:val="24"/>
          <w:szCs w:val="24"/>
        </w:rPr>
      </w:pPr>
    </w:p>
    <w:p w14:paraId="782CFA34" w14:textId="1039641F"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 xml:space="preserve">IX.     </w:t>
      </w:r>
      <w:r w:rsidRPr="00C873E8">
        <w:rPr>
          <w:rFonts w:ascii="Times New Roman" w:hAnsi="Times New Roman" w:cs="Times New Roman"/>
          <w:b/>
          <w:sz w:val="24"/>
          <w:szCs w:val="24"/>
          <w:u w:val="single"/>
        </w:rPr>
        <w:t>Organizations/Group Membership</w:t>
      </w:r>
    </w:p>
    <w:p w14:paraId="70879419" w14:textId="77777777" w:rsidR="00C203D8" w:rsidRPr="00C873E8" w:rsidRDefault="00000000" w:rsidP="00C873E8">
      <w:pPr>
        <w:spacing w:after="0" w:line="240" w:lineRule="auto"/>
        <w:ind w:left="317"/>
        <w:rPr>
          <w:rFonts w:ascii="Times New Roman" w:hAnsi="Times New Roman" w:cs="Times New Roman"/>
          <w:sz w:val="24"/>
          <w:szCs w:val="24"/>
        </w:rPr>
      </w:pPr>
      <w:r w:rsidRPr="00C873E8">
        <w:rPr>
          <w:rFonts w:ascii="Times New Roman" w:hAnsi="Times New Roman" w:cs="Times New Roman"/>
          <w:sz w:val="24"/>
          <w:szCs w:val="24"/>
        </w:rPr>
        <w:t>List any organizations or groups that you belong to or are involved with that you believe bear relevance to your candidacy for service on the Audit Committee:</w:t>
      </w:r>
    </w:p>
    <w:tbl>
      <w:tblPr>
        <w:tblW w:w="0" w:type="auto"/>
        <w:jc w:val="center"/>
        <w:tblLayout w:type="fixed"/>
        <w:tblLook w:val="04A0" w:firstRow="1" w:lastRow="0" w:firstColumn="1" w:lastColumn="0" w:noHBand="0" w:noVBand="1"/>
      </w:tblPr>
      <w:tblGrid>
        <w:gridCol w:w="2232"/>
        <w:gridCol w:w="3816"/>
        <w:gridCol w:w="1224"/>
        <w:gridCol w:w="2808"/>
      </w:tblGrid>
      <w:tr w:rsidR="00C203D8" w:rsidRPr="00C873E8" w14:paraId="1A93CF1A" w14:textId="77777777">
        <w:trPr>
          <w:jc w:val="center"/>
        </w:trPr>
        <w:tc>
          <w:tcPr>
            <w:tcW w:w="2232" w:type="dxa"/>
            <w:tcBorders>
              <w:top w:val="single" w:sz="4" w:space="0" w:color="BFBFBF"/>
              <w:left w:val="single" w:sz="4" w:space="0" w:color="BFBFBF"/>
              <w:bottom w:val="single" w:sz="4" w:space="0" w:color="BFBFBF"/>
              <w:right w:val="single" w:sz="4" w:space="0" w:color="BFBFBF"/>
            </w:tcBorders>
            <w:tcMar>
              <w:top w:w="60" w:type="dxa"/>
              <w:left w:w="55" w:type="dxa"/>
              <w:bottom w:w="60" w:type="dxa"/>
              <w:right w:w="55" w:type="dxa"/>
            </w:tcMar>
          </w:tcPr>
          <w:p w14:paraId="1C4982FD"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Organization Name:</w:t>
            </w:r>
          </w:p>
        </w:tc>
        <w:tc>
          <w:tcPr>
            <w:tcW w:w="3816" w:type="dxa"/>
            <w:tcBorders>
              <w:top w:val="single" w:sz="4" w:space="0" w:color="BFBFBF"/>
              <w:left w:val="single" w:sz="4" w:space="0" w:color="BFBFBF"/>
              <w:bottom w:val="single" w:sz="4" w:space="0" w:color="BFBFBF"/>
              <w:right w:val="single" w:sz="4" w:space="0" w:color="BFBFBF"/>
            </w:tcBorders>
            <w:shd w:val="clear" w:color="auto" w:fill="F7F7F7"/>
            <w:tcMar>
              <w:top w:w="60" w:type="dxa"/>
              <w:left w:w="55" w:type="dxa"/>
              <w:bottom w:w="60" w:type="dxa"/>
              <w:right w:w="55" w:type="dxa"/>
            </w:tcMar>
          </w:tcPr>
          <w:p w14:paraId="4B32D9C9" w14:textId="6529647E" w:rsidR="00C203D8" w:rsidRPr="00C873E8" w:rsidRDefault="00C203D8" w:rsidP="00C873E8">
            <w:pPr>
              <w:spacing w:after="0" w:line="240" w:lineRule="auto"/>
              <w:rPr>
                <w:rFonts w:ascii="Times New Roman" w:hAnsi="Times New Roman" w:cs="Times New Roman"/>
                <w:sz w:val="24"/>
                <w:szCs w:val="24"/>
              </w:rPr>
            </w:pPr>
          </w:p>
        </w:tc>
        <w:tc>
          <w:tcPr>
            <w:tcW w:w="1224" w:type="dxa"/>
            <w:tcBorders>
              <w:top w:val="single" w:sz="4" w:space="0" w:color="BFBFBF"/>
              <w:left w:val="single" w:sz="4" w:space="0" w:color="BFBFBF"/>
              <w:bottom w:val="single" w:sz="4" w:space="0" w:color="BFBFBF"/>
              <w:right w:val="single" w:sz="4" w:space="0" w:color="BFBFBF"/>
            </w:tcBorders>
            <w:tcMar>
              <w:top w:w="60" w:type="dxa"/>
              <w:left w:w="55" w:type="dxa"/>
              <w:bottom w:w="60" w:type="dxa"/>
              <w:right w:w="55" w:type="dxa"/>
            </w:tcMar>
          </w:tcPr>
          <w:p w14:paraId="78D9BE7F"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Position:</w:t>
            </w:r>
          </w:p>
        </w:tc>
        <w:tc>
          <w:tcPr>
            <w:tcW w:w="2808" w:type="dxa"/>
            <w:tcBorders>
              <w:top w:val="single" w:sz="4" w:space="0" w:color="BFBFBF"/>
              <w:left w:val="single" w:sz="4" w:space="0" w:color="BFBFBF"/>
              <w:bottom w:val="single" w:sz="4" w:space="0" w:color="BFBFBF"/>
              <w:right w:val="single" w:sz="4" w:space="0" w:color="BFBFBF"/>
            </w:tcBorders>
            <w:shd w:val="clear" w:color="auto" w:fill="F7F7F7"/>
            <w:tcMar>
              <w:top w:w="60" w:type="dxa"/>
              <w:left w:w="55" w:type="dxa"/>
              <w:bottom w:w="60" w:type="dxa"/>
              <w:right w:w="55" w:type="dxa"/>
            </w:tcMar>
          </w:tcPr>
          <w:p w14:paraId="546DFD1B" w14:textId="16445038" w:rsidR="00C203D8" w:rsidRPr="00C873E8" w:rsidRDefault="00C203D8" w:rsidP="00C873E8">
            <w:pPr>
              <w:spacing w:after="0" w:line="240" w:lineRule="auto"/>
              <w:rPr>
                <w:rFonts w:ascii="Times New Roman" w:hAnsi="Times New Roman" w:cs="Times New Roman"/>
                <w:sz w:val="24"/>
                <w:szCs w:val="24"/>
              </w:rPr>
            </w:pPr>
          </w:p>
        </w:tc>
      </w:tr>
      <w:tr w:rsidR="00C203D8" w:rsidRPr="00C873E8" w14:paraId="512DBE20" w14:textId="77777777">
        <w:trPr>
          <w:jc w:val="center"/>
        </w:trPr>
        <w:tc>
          <w:tcPr>
            <w:tcW w:w="2232" w:type="dxa"/>
            <w:tcBorders>
              <w:top w:val="single" w:sz="4" w:space="0" w:color="BFBFBF"/>
              <w:left w:val="single" w:sz="4" w:space="0" w:color="BFBFBF"/>
              <w:bottom w:val="single" w:sz="4" w:space="0" w:color="BFBFBF"/>
              <w:right w:val="single" w:sz="4" w:space="0" w:color="BFBFBF"/>
            </w:tcBorders>
            <w:tcMar>
              <w:top w:w="60" w:type="dxa"/>
              <w:left w:w="55" w:type="dxa"/>
              <w:bottom w:w="60" w:type="dxa"/>
              <w:right w:w="55" w:type="dxa"/>
            </w:tcMar>
          </w:tcPr>
          <w:p w14:paraId="337CC734"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Organization Name:</w:t>
            </w:r>
          </w:p>
        </w:tc>
        <w:tc>
          <w:tcPr>
            <w:tcW w:w="3816" w:type="dxa"/>
            <w:tcBorders>
              <w:top w:val="single" w:sz="4" w:space="0" w:color="BFBFBF"/>
              <w:left w:val="single" w:sz="4" w:space="0" w:color="BFBFBF"/>
              <w:bottom w:val="single" w:sz="4" w:space="0" w:color="BFBFBF"/>
              <w:right w:val="single" w:sz="4" w:space="0" w:color="BFBFBF"/>
            </w:tcBorders>
            <w:shd w:val="clear" w:color="auto" w:fill="F7F7F7"/>
            <w:tcMar>
              <w:top w:w="60" w:type="dxa"/>
              <w:left w:w="55" w:type="dxa"/>
              <w:bottom w:w="60" w:type="dxa"/>
              <w:right w:w="55" w:type="dxa"/>
            </w:tcMar>
          </w:tcPr>
          <w:p w14:paraId="54F2D68E" w14:textId="4EB71327" w:rsidR="00C203D8" w:rsidRPr="00C873E8" w:rsidRDefault="00C203D8" w:rsidP="00C873E8">
            <w:pPr>
              <w:spacing w:after="0" w:line="240" w:lineRule="auto"/>
              <w:rPr>
                <w:rFonts w:ascii="Times New Roman" w:hAnsi="Times New Roman" w:cs="Times New Roman"/>
                <w:sz w:val="24"/>
                <w:szCs w:val="24"/>
              </w:rPr>
            </w:pPr>
          </w:p>
        </w:tc>
        <w:tc>
          <w:tcPr>
            <w:tcW w:w="1224" w:type="dxa"/>
            <w:tcBorders>
              <w:top w:val="single" w:sz="4" w:space="0" w:color="BFBFBF"/>
              <w:left w:val="single" w:sz="4" w:space="0" w:color="BFBFBF"/>
              <w:bottom w:val="single" w:sz="4" w:space="0" w:color="BFBFBF"/>
              <w:right w:val="single" w:sz="4" w:space="0" w:color="BFBFBF"/>
            </w:tcBorders>
            <w:tcMar>
              <w:top w:w="60" w:type="dxa"/>
              <w:left w:w="55" w:type="dxa"/>
              <w:bottom w:w="60" w:type="dxa"/>
              <w:right w:w="55" w:type="dxa"/>
            </w:tcMar>
          </w:tcPr>
          <w:p w14:paraId="031DD610"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Position:</w:t>
            </w:r>
          </w:p>
        </w:tc>
        <w:tc>
          <w:tcPr>
            <w:tcW w:w="2808" w:type="dxa"/>
            <w:tcBorders>
              <w:top w:val="single" w:sz="4" w:space="0" w:color="BFBFBF"/>
              <w:left w:val="single" w:sz="4" w:space="0" w:color="BFBFBF"/>
              <w:bottom w:val="single" w:sz="4" w:space="0" w:color="BFBFBF"/>
              <w:right w:val="single" w:sz="4" w:space="0" w:color="BFBFBF"/>
            </w:tcBorders>
            <w:shd w:val="clear" w:color="auto" w:fill="F7F7F7"/>
            <w:tcMar>
              <w:top w:w="60" w:type="dxa"/>
              <w:left w:w="55" w:type="dxa"/>
              <w:bottom w:w="60" w:type="dxa"/>
              <w:right w:w="55" w:type="dxa"/>
            </w:tcMar>
          </w:tcPr>
          <w:p w14:paraId="2AA9DA70" w14:textId="770DC888" w:rsidR="00C203D8" w:rsidRPr="00C873E8" w:rsidRDefault="00C203D8" w:rsidP="00C873E8">
            <w:pPr>
              <w:spacing w:after="0" w:line="240" w:lineRule="auto"/>
              <w:rPr>
                <w:rFonts w:ascii="Times New Roman" w:hAnsi="Times New Roman" w:cs="Times New Roman"/>
                <w:sz w:val="24"/>
                <w:szCs w:val="24"/>
              </w:rPr>
            </w:pPr>
          </w:p>
        </w:tc>
      </w:tr>
      <w:tr w:rsidR="00C203D8" w:rsidRPr="00C873E8" w14:paraId="4B10FB3E" w14:textId="77777777">
        <w:trPr>
          <w:jc w:val="center"/>
        </w:trPr>
        <w:tc>
          <w:tcPr>
            <w:tcW w:w="2232" w:type="dxa"/>
            <w:tcBorders>
              <w:top w:val="single" w:sz="4" w:space="0" w:color="BFBFBF"/>
              <w:left w:val="single" w:sz="4" w:space="0" w:color="BFBFBF"/>
              <w:bottom w:val="single" w:sz="4" w:space="0" w:color="BFBFBF"/>
              <w:right w:val="single" w:sz="4" w:space="0" w:color="BFBFBF"/>
            </w:tcBorders>
            <w:tcMar>
              <w:top w:w="60" w:type="dxa"/>
              <w:left w:w="55" w:type="dxa"/>
              <w:bottom w:w="60" w:type="dxa"/>
              <w:right w:w="55" w:type="dxa"/>
            </w:tcMar>
          </w:tcPr>
          <w:p w14:paraId="62E3AE62"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Organization Name:</w:t>
            </w:r>
          </w:p>
        </w:tc>
        <w:tc>
          <w:tcPr>
            <w:tcW w:w="3816" w:type="dxa"/>
            <w:tcBorders>
              <w:top w:val="single" w:sz="4" w:space="0" w:color="BFBFBF"/>
              <w:left w:val="single" w:sz="4" w:space="0" w:color="BFBFBF"/>
              <w:bottom w:val="single" w:sz="4" w:space="0" w:color="BFBFBF"/>
              <w:right w:val="single" w:sz="4" w:space="0" w:color="BFBFBF"/>
            </w:tcBorders>
            <w:shd w:val="clear" w:color="auto" w:fill="F7F7F7"/>
            <w:tcMar>
              <w:top w:w="60" w:type="dxa"/>
              <w:left w:w="55" w:type="dxa"/>
              <w:bottom w:w="60" w:type="dxa"/>
              <w:right w:w="55" w:type="dxa"/>
            </w:tcMar>
          </w:tcPr>
          <w:p w14:paraId="53A5E0DC" w14:textId="3382DF75" w:rsidR="00C203D8" w:rsidRPr="00C873E8" w:rsidRDefault="00C203D8" w:rsidP="00C873E8">
            <w:pPr>
              <w:spacing w:after="0" w:line="240" w:lineRule="auto"/>
              <w:rPr>
                <w:rFonts w:ascii="Times New Roman" w:hAnsi="Times New Roman" w:cs="Times New Roman"/>
                <w:sz w:val="24"/>
                <w:szCs w:val="24"/>
              </w:rPr>
            </w:pPr>
          </w:p>
        </w:tc>
        <w:tc>
          <w:tcPr>
            <w:tcW w:w="1224" w:type="dxa"/>
            <w:tcBorders>
              <w:top w:val="single" w:sz="4" w:space="0" w:color="BFBFBF"/>
              <w:left w:val="single" w:sz="4" w:space="0" w:color="BFBFBF"/>
              <w:bottom w:val="single" w:sz="4" w:space="0" w:color="BFBFBF"/>
              <w:right w:val="single" w:sz="4" w:space="0" w:color="BFBFBF"/>
            </w:tcBorders>
            <w:tcMar>
              <w:top w:w="60" w:type="dxa"/>
              <w:left w:w="55" w:type="dxa"/>
              <w:bottom w:w="60" w:type="dxa"/>
              <w:right w:w="55" w:type="dxa"/>
            </w:tcMar>
          </w:tcPr>
          <w:p w14:paraId="1DB02A0C"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Position:</w:t>
            </w:r>
          </w:p>
        </w:tc>
        <w:tc>
          <w:tcPr>
            <w:tcW w:w="2808" w:type="dxa"/>
            <w:tcBorders>
              <w:top w:val="single" w:sz="4" w:space="0" w:color="BFBFBF"/>
              <w:left w:val="single" w:sz="4" w:space="0" w:color="BFBFBF"/>
              <w:bottom w:val="single" w:sz="4" w:space="0" w:color="BFBFBF"/>
              <w:right w:val="single" w:sz="4" w:space="0" w:color="BFBFBF"/>
            </w:tcBorders>
            <w:shd w:val="clear" w:color="auto" w:fill="F7F7F7"/>
            <w:tcMar>
              <w:top w:w="60" w:type="dxa"/>
              <w:left w:w="55" w:type="dxa"/>
              <w:bottom w:w="60" w:type="dxa"/>
              <w:right w:w="55" w:type="dxa"/>
            </w:tcMar>
          </w:tcPr>
          <w:p w14:paraId="0A49C4D6" w14:textId="525C58D9" w:rsidR="00C203D8" w:rsidRPr="00C873E8" w:rsidRDefault="00C203D8" w:rsidP="00C873E8">
            <w:pPr>
              <w:spacing w:after="0" w:line="240" w:lineRule="auto"/>
              <w:rPr>
                <w:rFonts w:ascii="Times New Roman" w:hAnsi="Times New Roman" w:cs="Times New Roman"/>
                <w:sz w:val="24"/>
                <w:szCs w:val="24"/>
              </w:rPr>
            </w:pPr>
          </w:p>
        </w:tc>
      </w:tr>
      <w:tr w:rsidR="00C203D8" w:rsidRPr="00C873E8" w14:paraId="11F3BC45" w14:textId="77777777">
        <w:trPr>
          <w:jc w:val="center"/>
        </w:trPr>
        <w:tc>
          <w:tcPr>
            <w:tcW w:w="2232" w:type="dxa"/>
            <w:tcBorders>
              <w:top w:val="single" w:sz="4" w:space="0" w:color="BFBFBF"/>
              <w:left w:val="single" w:sz="4" w:space="0" w:color="BFBFBF"/>
              <w:bottom w:val="single" w:sz="4" w:space="0" w:color="BFBFBF"/>
              <w:right w:val="single" w:sz="4" w:space="0" w:color="BFBFBF"/>
            </w:tcBorders>
            <w:tcMar>
              <w:top w:w="60" w:type="dxa"/>
              <w:left w:w="55" w:type="dxa"/>
              <w:bottom w:w="60" w:type="dxa"/>
              <w:right w:w="55" w:type="dxa"/>
            </w:tcMar>
          </w:tcPr>
          <w:p w14:paraId="65834786"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Organization Name:</w:t>
            </w:r>
          </w:p>
        </w:tc>
        <w:tc>
          <w:tcPr>
            <w:tcW w:w="3816" w:type="dxa"/>
            <w:tcBorders>
              <w:top w:val="single" w:sz="4" w:space="0" w:color="BFBFBF"/>
              <w:left w:val="single" w:sz="4" w:space="0" w:color="BFBFBF"/>
              <w:bottom w:val="single" w:sz="4" w:space="0" w:color="BFBFBF"/>
              <w:right w:val="single" w:sz="4" w:space="0" w:color="BFBFBF"/>
            </w:tcBorders>
            <w:shd w:val="clear" w:color="auto" w:fill="F7F7F7"/>
            <w:tcMar>
              <w:top w:w="60" w:type="dxa"/>
              <w:left w:w="55" w:type="dxa"/>
              <w:bottom w:w="60" w:type="dxa"/>
              <w:right w:w="55" w:type="dxa"/>
            </w:tcMar>
          </w:tcPr>
          <w:p w14:paraId="785BBCE3" w14:textId="2A528956" w:rsidR="00C203D8" w:rsidRPr="00C873E8" w:rsidRDefault="00C203D8" w:rsidP="00C873E8">
            <w:pPr>
              <w:spacing w:after="0" w:line="240" w:lineRule="auto"/>
              <w:rPr>
                <w:rFonts w:ascii="Times New Roman" w:hAnsi="Times New Roman" w:cs="Times New Roman"/>
                <w:sz w:val="24"/>
                <w:szCs w:val="24"/>
              </w:rPr>
            </w:pPr>
          </w:p>
        </w:tc>
        <w:tc>
          <w:tcPr>
            <w:tcW w:w="1224" w:type="dxa"/>
            <w:tcBorders>
              <w:top w:val="single" w:sz="4" w:space="0" w:color="BFBFBF"/>
              <w:left w:val="single" w:sz="4" w:space="0" w:color="BFBFBF"/>
              <w:bottom w:val="single" w:sz="4" w:space="0" w:color="BFBFBF"/>
              <w:right w:val="single" w:sz="4" w:space="0" w:color="BFBFBF"/>
            </w:tcBorders>
            <w:tcMar>
              <w:top w:w="60" w:type="dxa"/>
              <w:left w:w="55" w:type="dxa"/>
              <w:bottom w:w="60" w:type="dxa"/>
              <w:right w:w="55" w:type="dxa"/>
            </w:tcMar>
          </w:tcPr>
          <w:p w14:paraId="726A4F2A" w14:textId="77777777"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Position:</w:t>
            </w:r>
          </w:p>
        </w:tc>
        <w:tc>
          <w:tcPr>
            <w:tcW w:w="2808" w:type="dxa"/>
            <w:tcBorders>
              <w:top w:val="single" w:sz="4" w:space="0" w:color="BFBFBF"/>
              <w:left w:val="single" w:sz="4" w:space="0" w:color="BFBFBF"/>
              <w:bottom w:val="single" w:sz="4" w:space="0" w:color="BFBFBF"/>
              <w:right w:val="single" w:sz="4" w:space="0" w:color="BFBFBF"/>
            </w:tcBorders>
            <w:shd w:val="clear" w:color="auto" w:fill="F7F7F7"/>
            <w:tcMar>
              <w:top w:w="60" w:type="dxa"/>
              <w:left w:w="55" w:type="dxa"/>
              <w:bottom w:w="60" w:type="dxa"/>
              <w:right w:w="55" w:type="dxa"/>
            </w:tcMar>
          </w:tcPr>
          <w:p w14:paraId="736C0474" w14:textId="722166CB" w:rsidR="00C203D8" w:rsidRPr="00C873E8" w:rsidRDefault="00C203D8" w:rsidP="00C873E8">
            <w:pPr>
              <w:spacing w:after="0" w:line="240" w:lineRule="auto"/>
              <w:rPr>
                <w:rFonts w:ascii="Times New Roman" w:hAnsi="Times New Roman" w:cs="Times New Roman"/>
                <w:sz w:val="24"/>
                <w:szCs w:val="24"/>
              </w:rPr>
            </w:pPr>
          </w:p>
        </w:tc>
      </w:tr>
    </w:tbl>
    <w:p w14:paraId="5864ECF8" w14:textId="77777777" w:rsidR="00C873E8" w:rsidRDefault="00C873E8" w:rsidP="00C873E8">
      <w:pPr>
        <w:spacing w:after="0" w:line="240" w:lineRule="auto"/>
        <w:rPr>
          <w:rFonts w:ascii="Times New Roman" w:hAnsi="Times New Roman" w:cs="Times New Roman"/>
          <w:sz w:val="24"/>
          <w:szCs w:val="24"/>
        </w:rPr>
      </w:pPr>
    </w:p>
    <w:p w14:paraId="67DF3321" w14:textId="77777777" w:rsidR="00C873E8" w:rsidRDefault="00C873E8" w:rsidP="00C873E8">
      <w:pPr>
        <w:spacing w:after="0" w:line="240" w:lineRule="auto"/>
        <w:rPr>
          <w:rFonts w:ascii="Times New Roman" w:hAnsi="Times New Roman" w:cs="Times New Roman"/>
          <w:sz w:val="24"/>
          <w:szCs w:val="24"/>
        </w:rPr>
      </w:pPr>
    </w:p>
    <w:p w14:paraId="787FF4D9" w14:textId="77777777" w:rsidR="00C873E8" w:rsidRDefault="00C873E8" w:rsidP="00C873E8">
      <w:pPr>
        <w:spacing w:after="0" w:line="240" w:lineRule="auto"/>
        <w:rPr>
          <w:rFonts w:ascii="Times New Roman" w:hAnsi="Times New Roman" w:cs="Times New Roman"/>
          <w:sz w:val="24"/>
          <w:szCs w:val="24"/>
        </w:rPr>
      </w:pPr>
    </w:p>
    <w:p w14:paraId="4E8A6CB8" w14:textId="05C7D834"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Applicant Signa</w:t>
      </w:r>
      <w:r w:rsidR="00C873E8">
        <w:rPr>
          <w:rFonts w:ascii="Times New Roman" w:hAnsi="Times New Roman" w:cs="Times New Roman"/>
          <w:sz w:val="24"/>
          <w:szCs w:val="24"/>
        </w:rPr>
        <w:t>ture:</w:t>
      </w:r>
      <w:r w:rsidRPr="00C873E8">
        <w:rPr>
          <w:rFonts w:ascii="Times New Roman" w:hAnsi="Times New Roman" w:cs="Times New Roman"/>
          <w:sz w:val="24"/>
          <w:szCs w:val="24"/>
        </w:rPr>
        <w:t xml:space="preserve">      </w:t>
      </w:r>
      <w:r w:rsidR="00C873E8">
        <w:rPr>
          <w:rFonts w:ascii="Times New Roman" w:hAnsi="Times New Roman" w:cs="Times New Roman"/>
          <w:sz w:val="24"/>
          <w:szCs w:val="24"/>
        </w:rPr>
        <w:t xml:space="preserve">                                                                  </w:t>
      </w:r>
      <w:r w:rsidRPr="00C873E8">
        <w:rPr>
          <w:rFonts w:ascii="Times New Roman" w:hAnsi="Times New Roman" w:cs="Times New Roman"/>
          <w:sz w:val="24"/>
          <w:szCs w:val="24"/>
        </w:rPr>
        <w:t xml:space="preserve">  Date:</w:t>
      </w:r>
    </w:p>
    <w:p w14:paraId="5F72FF8C" w14:textId="77777777" w:rsidR="00C873E8" w:rsidRDefault="00C873E8" w:rsidP="00C873E8">
      <w:pPr>
        <w:spacing w:after="0" w:line="240" w:lineRule="auto"/>
        <w:jc w:val="center"/>
        <w:rPr>
          <w:rFonts w:ascii="Times New Roman" w:hAnsi="Times New Roman" w:cs="Times New Roman"/>
          <w:sz w:val="24"/>
          <w:szCs w:val="24"/>
        </w:rPr>
      </w:pPr>
    </w:p>
    <w:p w14:paraId="2F79BDE4" w14:textId="55C1C781" w:rsidR="00C203D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sz w:val="24"/>
          <w:szCs w:val="24"/>
        </w:rPr>
        <w:t>Return this form and relevant attachments to the BART Office of the District Secretary</w:t>
      </w:r>
      <w:r w:rsidR="00ED2B40">
        <w:rPr>
          <w:rFonts w:ascii="Times New Roman" w:hAnsi="Times New Roman" w:cs="Times New Roman"/>
          <w:sz w:val="24"/>
          <w:szCs w:val="24"/>
        </w:rPr>
        <w:t xml:space="preserve"> by one of the following methods</w:t>
      </w:r>
      <w:r w:rsidRPr="00C873E8">
        <w:rPr>
          <w:rFonts w:ascii="Times New Roman" w:hAnsi="Times New Roman" w:cs="Times New Roman"/>
          <w:sz w:val="24"/>
          <w:szCs w:val="24"/>
        </w:rPr>
        <w:t>:</w:t>
      </w:r>
    </w:p>
    <w:p w14:paraId="5D5FFF76" w14:textId="77777777" w:rsidR="00C873E8" w:rsidRPr="00C873E8" w:rsidRDefault="00C873E8" w:rsidP="00C873E8">
      <w:pPr>
        <w:spacing w:after="0" w:line="240" w:lineRule="auto"/>
        <w:rPr>
          <w:rFonts w:ascii="Times New Roman" w:hAnsi="Times New Roman" w:cs="Times New Roman"/>
          <w:sz w:val="24"/>
          <w:szCs w:val="24"/>
        </w:rPr>
      </w:pPr>
    </w:p>
    <w:p w14:paraId="5DC4EBF8" w14:textId="77777777" w:rsidR="00C873E8" w:rsidRPr="00ED2B40" w:rsidRDefault="00000000" w:rsidP="00ED2B40">
      <w:pPr>
        <w:pStyle w:val="ListParagraph"/>
        <w:numPr>
          <w:ilvl w:val="0"/>
          <w:numId w:val="10"/>
        </w:numPr>
        <w:spacing w:after="0" w:line="240" w:lineRule="auto"/>
        <w:rPr>
          <w:rFonts w:ascii="Times New Roman" w:hAnsi="Times New Roman" w:cs="Times New Roman"/>
          <w:sz w:val="24"/>
          <w:szCs w:val="24"/>
        </w:rPr>
      </w:pPr>
      <w:r w:rsidRPr="00ED2B40">
        <w:rPr>
          <w:rFonts w:ascii="Times New Roman" w:hAnsi="Times New Roman" w:cs="Times New Roman"/>
          <w:sz w:val="24"/>
          <w:szCs w:val="24"/>
        </w:rPr>
        <w:t xml:space="preserve">In person or by courier: </w:t>
      </w:r>
    </w:p>
    <w:p w14:paraId="03839963" w14:textId="1F45A6E0" w:rsidR="00C873E8" w:rsidRPr="00ED2B40" w:rsidRDefault="00C873E8" w:rsidP="00995B2A">
      <w:pPr>
        <w:pStyle w:val="ListParagraph"/>
        <w:spacing w:after="0" w:line="240" w:lineRule="auto"/>
        <w:rPr>
          <w:rFonts w:ascii="Times New Roman" w:hAnsi="Times New Roman" w:cs="Times New Roman"/>
          <w:sz w:val="24"/>
          <w:szCs w:val="24"/>
        </w:rPr>
      </w:pPr>
      <w:r w:rsidRPr="00ED2B40">
        <w:rPr>
          <w:rFonts w:ascii="Times New Roman" w:hAnsi="Times New Roman" w:cs="Times New Roman"/>
          <w:sz w:val="24"/>
          <w:szCs w:val="24"/>
        </w:rPr>
        <w:t>BART District Secretary’s Office</w:t>
      </w:r>
      <w:r w:rsidRPr="00ED2B40">
        <w:rPr>
          <w:rFonts w:ascii="Times New Roman" w:hAnsi="Times New Roman" w:cs="Times New Roman"/>
          <w:sz w:val="24"/>
          <w:szCs w:val="24"/>
        </w:rPr>
        <w:t xml:space="preserve">, </w:t>
      </w:r>
      <w:r w:rsidR="00000000" w:rsidRPr="00ED2B40">
        <w:rPr>
          <w:rFonts w:ascii="Times New Roman" w:hAnsi="Times New Roman" w:cs="Times New Roman"/>
          <w:sz w:val="24"/>
          <w:szCs w:val="24"/>
        </w:rPr>
        <w:t>2150 Webster Street, 10th Floor, Oakland, CA 94612</w:t>
      </w:r>
    </w:p>
    <w:p w14:paraId="29EC7169" w14:textId="77777777" w:rsidR="00C873E8" w:rsidRDefault="00C873E8" w:rsidP="00C873E8">
      <w:pPr>
        <w:spacing w:after="0" w:line="240" w:lineRule="auto"/>
        <w:rPr>
          <w:rFonts w:ascii="Times New Roman" w:hAnsi="Times New Roman" w:cs="Times New Roman"/>
          <w:sz w:val="24"/>
          <w:szCs w:val="24"/>
        </w:rPr>
      </w:pPr>
    </w:p>
    <w:p w14:paraId="71F4F9AF" w14:textId="778E2A3F" w:rsidR="00C873E8" w:rsidRPr="00ED2B40" w:rsidRDefault="00ED2B40" w:rsidP="00ED2B40">
      <w:pPr>
        <w:pStyle w:val="ListParagraph"/>
        <w:numPr>
          <w:ilvl w:val="0"/>
          <w:numId w:val="10"/>
        </w:numPr>
        <w:spacing w:after="0" w:line="240" w:lineRule="auto"/>
        <w:rPr>
          <w:rFonts w:ascii="Times New Roman" w:hAnsi="Times New Roman" w:cs="Times New Roman"/>
          <w:sz w:val="24"/>
          <w:szCs w:val="24"/>
        </w:rPr>
      </w:pPr>
      <w:r w:rsidRPr="00ED2B40">
        <w:rPr>
          <w:rFonts w:ascii="Times New Roman" w:hAnsi="Times New Roman" w:cs="Times New Roman"/>
          <w:sz w:val="24"/>
          <w:szCs w:val="24"/>
        </w:rPr>
        <w:t xml:space="preserve">By </w:t>
      </w:r>
      <w:r w:rsidR="00000000" w:rsidRPr="00ED2B40">
        <w:rPr>
          <w:rFonts w:ascii="Times New Roman" w:hAnsi="Times New Roman" w:cs="Times New Roman"/>
          <w:sz w:val="24"/>
          <w:szCs w:val="24"/>
        </w:rPr>
        <w:t>U.S.</w:t>
      </w:r>
      <w:r w:rsidR="00C873E8" w:rsidRPr="00ED2B40">
        <w:rPr>
          <w:rFonts w:ascii="Times New Roman" w:hAnsi="Times New Roman" w:cs="Times New Roman"/>
          <w:sz w:val="24"/>
          <w:szCs w:val="24"/>
        </w:rPr>
        <w:t xml:space="preserve"> mail:</w:t>
      </w:r>
      <w:r w:rsidR="00000000" w:rsidRPr="00ED2B40">
        <w:rPr>
          <w:rFonts w:ascii="Times New Roman" w:hAnsi="Times New Roman" w:cs="Times New Roman"/>
          <w:sz w:val="24"/>
          <w:szCs w:val="24"/>
        </w:rPr>
        <w:br/>
        <w:t>BART District Secretary’s Office, P.O. Box 12688, Oakland CA 94604</w:t>
      </w:r>
    </w:p>
    <w:p w14:paraId="09E8BE22" w14:textId="77777777" w:rsidR="00C873E8" w:rsidRDefault="00C873E8" w:rsidP="00C873E8">
      <w:pPr>
        <w:spacing w:after="0" w:line="240" w:lineRule="auto"/>
        <w:rPr>
          <w:rFonts w:ascii="Times New Roman" w:hAnsi="Times New Roman" w:cs="Times New Roman"/>
          <w:sz w:val="24"/>
          <w:szCs w:val="24"/>
        </w:rPr>
      </w:pPr>
    </w:p>
    <w:p w14:paraId="14B33CFC" w14:textId="6633BEFD" w:rsidR="00C873E8" w:rsidRPr="00ED2B40" w:rsidRDefault="00ED2B40" w:rsidP="00ED2B40">
      <w:pPr>
        <w:pStyle w:val="ListParagraph"/>
        <w:numPr>
          <w:ilvl w:val="0"/>
          <w:numId w:val="10"/>
        </w:numPr>
        <w:spacing w:after="0" w:line="240" w:lineRule="auto"/>
        <w:rPr>
          <w:rFonts w:ascii="Times New Roman" w:hAnsi="Times New Roman" w:cs="Times New Roman"/>
          <w:sz w:val="24"/>
          <w:szCs w:val="24"/>
        </w:rPr>
      </w:pPr>
      <w:r w:rsidRPr="00ED2B40">
        <w:rPr>
          <w:rFonts w:ascii="Times New Roman" w:hAnsi="Times New Roman" w:cs="Times New Roman"/>
          <w:sz w:val="24"/>
          <w:szCs w:val="24"/>
        </w:rPr>
        <w:t xml:space="preserve">By </w:t>
      </w:r>
      <w:r w:rsidR="00C873E8" w:rsidRPr="00ED2B40">
        <w:rPr>
          <w:rFonts w:ascii="Times New Roman" w:hAnsi="Times New Roman" w:cs="Times New Roman"/>
          <w:sz w:val="24"/>
          <w:szCs w:val="24"/>
        </w:rPr>
        <w:t>E</w:t>
      </w:r>
      <w:r w:rsidR="00000000" w:rsidRPr="00ED2B40">
        <w:rPr>
          <w:rFonts w:ascii="Times New Roman" w:hAnsi="Times New Roman" w:cs="Times New Roman"/>
          <w:sz w:val="24"/>
          <w:szCs w:val="24"/>
        </w:rPr>
        <w:t>mail</w:t>
      </w:r>
      <w:r w:rsidR="00C873E8" w:rsidRPr="00ED2B40">
        <w:rPr>
          <w:rFonts w:ascii="Times New Roman" w:hAnsi="Times New Roman" w:cs="Times New Roman"/>
          <w:sz w:val="24"/>
          <w:szCs w:val="24"/>
        </w:rPr>
        <w:t xml:space="preserve">: </w:t>
      </w:r>
      <w:hyperlink r:id="rId8" w:history="1">
        <w:r w:rsidR="00C873E8" w:rsidRPr="00ED2B40">
          <w:rPr>
            <w:rStyle w:val="Hyperlink"/>
            <w:rFonts w:ascii="Times New Roman" w:hAnsi="Times New Roman" w:cs="Times New Roman"/>
            <w:sz w:val="24"/>
            <w:szCs w:val="24"/>
          </w:rPr>
          <w:t>boardofdirectors@bart.gov</w:t>
        </w:r>
      </w:hyperlink>
      <w:r w:rsidR="00C873E8" w:rsidRPr="00ED2B40">
        <w:rPr>
          <w:rFonts w:ascii="Times New Roman" w:hAnsi="Times New Roman" w:cs="Times New Roman"/>
          <w:sz w:val="24"/>
          <w:szCs w:val="24"/>
        </w:rPr>
        <w:t xml:space="preserve"> (electronic signature is acceptable).</w:t>
      </w:r>
    </w:p>
    <w:p w14:paraId="12BB7D26" w14:textId="77777777" w:rsidR="00C873E8" w:rsidRDefault="00C873E8" w:rsidP="00C873E8">
      <w:pPr>
        <w:spacing w:after="0" w:line="240" w:lineRule="auto"/>
        <w:rPr>
          <w:rFonts w:ascii="Times New Roman" w:hAnsi="Times New Roman" w:cs="Times New Roman"/>
          <w:sz w:val="24"/>
          <w:szCs w:val="24"/>
        </w:rPr>
      </w:pPr>
    </w:p>
    <w:p w14:paraId="6C768EA5" w14:textId="5BB4D90E" w:rsidR="00C203D8" w:rsidRDefault="00995B2A" w:rsidP="00C873E8">
      <w:pPr>
        <w:spacing w:after="0" w:line="240" w:lineRule="auto"/>
        <w:rPr>
          <w:rFonts w:ascii="Times New Roman" w:hAnsi="Times New Roman" w:cs="Times New Roman"/>
          <w:sz w:val="24"/>
          <w:szCs w:val="24"/>
        </w:rPr>
      </w:pPr>
      <w:r>
        <w:rPr>
          <w:rFonts w:ascii="Times New Roman" w:hAnsi="Times New Roman" w:cs="Times New Roman"/>
          <w:sz w:val="24"/>
          <w:szCs w:val="24"/>
        </w:rPr>
        <w:t>Please f</w:t>
      </w:r>
      <w:r w:rsidR="00000000" w:rsidRPr="00C873E8">
        <w:rPr>
          <w:rFonts w:ascii="Times New Roman" w:hAnsi="Times New Roman" w:cs="Times New Roman"/>
          <w:sz w:val="24"/>
          <w:szCs w:val="24"/>
        </w:rPr>
        <w:t>eel free to call (510) 464-6080</w:t>
      </w:r>
      <w:r w:rsidR="00C873E8">
        <w:rPr>
          <w:rFonts w:ascii="Times New Roman" w:hAnsi="Times New Roman" w:cs="Times New Roman"/>
          <w:sz w:val="24"/>
          <w:szCs w:val="24"/>
        </w:rPr>
        <w:t xml:space="preserve"> or email boardofdirectors@bart.gov</w:t>
      </w:r>
      <w:r w:rsidR="00000000" w:rsidRPr="00C873E8">
        <w:rPr>
          <w:rFonts w:ascii="Times New Roman" w:hAnsi="Times New Roman" w:cs="Times New Roman"/>
          <w:sz w:val="24"/>
          <w:szCs w:val="24"/>
        </w:rPr>
        <w:t xml:space="preserve"> with any questions.</w:t>
      </w:r>
    </w:p>
    <w:p w14:paraId="2DF813DC" w14:textId="77777777" w:rsidR="00C873E8" w:rsidRPr="00C873E8" w:rsidRDefault="00C873E8" w:rsidP="00C873E8">
      <w:pPr>
        <w:spacing w:after="0" w:line="240" w:lineRule="auto"/>
        <w:rPr>
          <w:rFonts w:ascii="Times New Roman" w:hAnsi="Times New Roman" w:cs="Times New Roman"/>
          <w:sz w:val="24"/>
          <w:szCs w:val="24"/>
        </w:rPr>
      </w:pPr>
    </w:p>
    <w:p w14:paraId="1B4B4056" w14:textId="77777777" w:rsidR="00C203D8" w:rsidRDefault="00000000" w:rsidP="00C873E8">
      <w:pPr>
        <w:spacing w:after="0" w:line="240" w:lineRule="auto"/>
        <w:rPr>
          <w:rFonts w:ascii="Times New Roman" w:hAnsi="Times New Roman" w:cs="Times New Roman"/>
          <w:b/>
          <w:sz w:val="24"/>
          <w:szCs w:val="24"/>
          <w:u w:val="single"/>
        </w:rPr>
      </w:pPr>
      <w:r w:rsidRPr="00C873E8">
        <w:rPr>
          <w:rFonts w:ascii="Times New Roman" w:hAnsi="Times New Roman" w:cs="Times New Roman"/>
          <w:b/>
          <w:sz w:val="24"/>
          <w:szCs w:val="24"/>
          <w:u w:val="single"/>
        </w:rPr>
        <w:t>Final Filing Date - January 13, 2027 or until filled</w:t>
      </w:r>
    </w:p>
    <w:p w14:paraId="2E0577AB" w14:textId="77777777" w:rsidR="00C873E8" w:rsidRPr="00C873E8" w:rsidRDefault="00C873E8" w:rsidP="00C873E8">
      <w:pPr>
        <w:spacing w:after="0" w:line="240" w:lineRule="auto"/>
        <w:rPr>
          <w:rFonts w:ascii="Times New Roman" w:hAnsi="Times New Roman" w:cs="Times New Roman"/>
          <w:sz w:val="24"/>
          <w:szCs w:val="24"/>
        </w:rPr>
      </w:pPr>
    </w:p>
    <w:p w14:paraId="7EB383FE" w14:textId="29FF28AA" w:rsidR="00C203D8" w:rsidRPr="00C873E8" w:rsidRDefault="00000000" w:rsidP="00C873E8">
      <w:pPr>
        <w:spacing w:after="0" w:line="240" w:lineRule="auto"/>
        <w:rPr>
          <w:rFonts w:ascii="Times New Roman" w:hAnsi="Times New Roman" w:cs="Times New Roman"/>
          <w:sz w:val="24"/>
          <w:szCs w:val="24"/>
        </w:rPr>
      </w:pPr>
      <w:r w:rsidRPr="00C873E8">
        <w:rPr>
          <w:rFonts w:ascii="Times New Roman" w:hAnsi="Times New Roman" w:cs="Times New Roman"/>
          <w:b/>
          <w:sz w:val="24"/>
          <w:szCs w:val="24"/>
        </w:rPr>
        <w:t>Thank you for your interest in serving on the BART Audit Committee</w:t>
      </w:r>
      <w:r w:rsidR="00C873E8">
        <w:rPr>
          <w:rFonts w:ascii="Times New Roman" w:hAnsi="Times New Roman" w:cs="Times New Roman"/>
          <w:b/>
          <w:sz w:val="24"/>
          <w:szCs w:val="24"/>
        </w:rPr>
        <w:t>!</w:t>
      </w:r>
    </w:p>
    <w:sectPr w:rsidR="00C203D8" w:rsidRPr="00C873E8" w:rsidSect="00034616">
      <w:footerReference w:type="default" r:id="rId9"/>
      <w:pgSz w:w="12240" w:h="15840"/>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6A520" w14:textId="77777777" w:rsidR="00C75B3E" w:rsidRDefault="00C75B3E">
      <w:pPr>
        <w:spacing w:after="0" w:line="240" w:lineRule="auto"/>
      </w:pPr>
      <w:r>
        <w:separator/>
      </w:r>
    </w:p>
  </w:endnote>
  <w:endnote w:type="continuationSeparator" w:id="0">
    <w:p w14:paraId="0E063DBC" w14:textId="77777777" w:rsidR="00C75B3E" w:rsidRDefault="00C75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A9AB7" w14:textId="77777777" w:rsidR="00C203D8" w:rsidRDefault="00000000">
    <w:pPr>
      <w:pStyle w:val="Footer"/>
      <w:jc w:val="right"/>
    </w:pPr>
    <w:r>
      <w:rPr>
        <w:color w:val="647896"/>
        <w:sz w:val="16"/>
      </w:rPr>
      <w:t>BART AUDIT COMMITTEE | Application for Appointment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E7C41" w14:textId="77777777" w:rsidR="00C75B3E" w:rsidRDefault="00C75B3E">
      <w:pPr>
        <w:spacing w:after="0" w:line="240" w:lineRule="auto"/>
      </w:pPr>
      <w:r>
        <w:separator/>
      </w:r>
    </w:p>
  </w:footnote>
  <w:footnote w:type="continuationSeparator" w:id="0">
    <w:p w14:paraId="1F45042A" w14:textId="77777777" w:rsidR="00C75B3E" w:rsidRDefault="00C75B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69454F"/>
    <w:multiLevelType w:val="hybridMultilevel"/>
    <w:tmpl w:val="6F3CB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0693075">
    <w:abstractNumId w:val="8"/>
  </w:num>
  <w:num w:numId="2" w16cid:durableId="347946240">
    <w:abstractNumId w:val="6"/>
  </w:num>
  <w:num w:numId="3" w16cid:durableId="1171872660">
    <w:abstractNumId w:val="5"/>
  </w:num>
  <w:num w:numId="4" w16cid:durableId="205220651">
    <w:abstractNumId w:val="4"/>
  </w:num>
  <w:num w:numId="5" w16cid:durableId="866218429">
    <w:abstractNumId w:val="7"/>
  </w:num>
  <w:num w:numId="6" w16cid:durableId="2027125472">
    <w:abstractNumId w:val="3"/>
  </w:num>
  <w:num w:numId="7" w16cid:durableId="406270190">
    <w:abstractNumId w:val="2"/>
  </w:num>
  <w:num w:numId="8" w16cid:durableId="900364052">
    <w:abstractNumId w:val="1"/>
  </w:num>
  <w:num w:numId="9" w16cid:durableId="64573081">
    <w:abstractNumId w:val="0"/>
  </w:num>
  <w:num w:numId="10" w16cid:durableId="16345611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C2281"/>
    <w:rsid w:val="00826E3E"/>
    <w:rsid w:val="00995B2A"/>
    <w:rsid w:val="00AA1D8D"/>
    <w:rsid w:val="00AA1FD7"/>
    <w:rsid w:val="00AD6FDE"/>
    <w:rsid w:val="00B47730"/>
    <w:rsid w:val="00C203D8"/>
    <w:rsid w:val="00C75B3E"/>
    <w:rsid w:val="00C873E8"/>
    <w:rsid w:val="00CB0664"/>
    <w:rsid w:val="00ED2B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CDBFD2"/>
  <w14:defaultImageDpi w14:val="300"/>
  <w15:docId w15:val="{CDE86F1E-B823-4C88-9153-4D4466468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873E8"/>
    <w:rPr>
      <w:color w:val="0000FF" w:themeColor="hyperlink"/>
      <w:u w:val="single"/>
    </w:rPr>
  </w:style>
  <w:style w:type="character" w:styleId="UnresolvedMention">
    <w:name w:val="Unresolved Mention"/>
    <w:basedOn w:val="DefaultParagraphFont"/>
    <w:uiPriority w:val="99"/>
    <w:semiHidden/>
    <w:unhideWhenUsed/>
    <w:rsid w:val="00C873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ardofdirectors@bart.gov"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0905F34CD5BD649B42EBA79F7B914D7" ma:contentTypeVersion="16" ma:contentTypeDescription="Create a new document." ma:contentTypeScope="" ma:versionID="d1608f6380b88143d9d94b3eba1b9a69">
  <xsd:schema xmlns:xsd="http://www.w3.org/2001/XMLSchema" xmlns:xs="http://www.w3.org/2001/XMLSchema" xmlns:p="http://schemas.microsoft.com/office/2006/metadata/properties" xmlns:ns2="c54c97d0-4d39-44f9-8f6c-abfc4694bd87" xmlns:ns3="ab46ffe7-f7dd-4fc8-a896-a922b83b3db5" targetNamespace="http://schemas.microsoft.com/office/2006/metadata/properties" ma:root="true" ma:fieldsID="bbf0e540afbf16e98b04ec65cbce1b3c" ns2:_="" ns3:_="">
    <xsd:import namespace="c54c97d0-4d39-44f9-8f6c-abfc4694bd87"/>
    <xsd:import namespace="ab46ffe7-f7dd-4fc8-a896-a922b83b3db5"/>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4c97d0-4d39-44f9-8f6c-abfc4694bd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4a4ed37-70a8-4c45-a22c-d6db4f1a27e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46ffe7-f7dd-4fc8-a896-a922b83b3db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05af6c6-0873-468c-8e60-4f092229344b}" ma:internalName="TaxCatchAll" ma:showField="CatchAllData" ma:web="ab46ffe7-f7dd-4fc8-a896-a922b83b3d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b46ffe7-f7dd-4fc8-a896-a922b83b3db5" xsi:nil="true"/>
    <lcf76f155ced4ddcb4097134ff3c332f xmlns="c54c97d0-4d39-44f9-8f6c-abfc4694bd8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220EF455-ED1D-4D2C-A348-9E71CEC8F4FA}"/>
</file>

<file path=customXml/itemProps3.xml><?xml version="1.0" encoding="utf-8"?>
<ds:datastoreItem xmlns:ds="http://schemas.openxmlformats.org/officeDocument/2006/customXml" ds:itemID="{C2B9654E-660B-4477-8BF1-8211988E0F81}"/>
</file>

<file path=customXml/itemProps4.xml><?xml version="1.0" encoding="utf-8"?>
<ds:datastoreItem xmlns:ds="http://schemas.openxmlformats.org/officeDocument/2006/customXml" ds:itemID="{5617B7A4-C26C-4EDD-AA21-788FF2C3FA79}"/>
</file>

<file path=docProps/app.xml><?xml version="1.0" encoding="utf-8"?>
<Properties xmlns="http://schemas.openxmlformats.org/officeDocument/2006/extended-properties" xmlns:vt="http://schemas.openxmlformats.org/officeDocument/2006/docPropsVTypes">
  <Template>Normal</Template>
  <TotalTime>93</TotalTime>
  <Pages>3</Pages>
  <Words>922</Words>
  <Characters>5257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Robert Franklin</cp:lastModifiedBy>
  <cp:revision>6</cp:revision>
  <dcterms:created xsi:type="dcterms:W3CDTF">2026-10-14T17:31:00Z</dcterms:created>
  <dcterms:modified xsi:type="dcterms:W3CDTF">2026-10-14T17:45:00Z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0x010100B0905F34CD5BD649B42EBA79F7B914D7</vt:lpwstr>
  </property>
</Properties>
</file>